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85582" w:rsidRPr="009361F2" w:rsidRDefault="00000000">
      <w:pPr>
        <w:pStyle w:val="Meta"/>
        <w:rPr>
          <w:sz w:val="24"/>
          <w:szCs w:val="24"/>
        </w:rPr>
      </w:pPr>
      <w:r w:rsidRPr="009361F2">
        <w:rPr>
          <w:b/>
          <w:sz w:val="24"/>
          <w:szCs w:val="24"/>
        </w:rPr>
        <w:t>PRISMARK LIBRARY</w:t>
      </w:r>
    </w:p>
    <w:p w:rsidR="00385582" w:rsidRPr="009361F2" w:rsidRDefault="00000000">
      <w:pPr>
        <w:pStyle w:val="Meta"/>
        <w:rPr>
          <w:sz w:val="24"/>
          <w:szCs w:val="24"/>
        </w:rPr>
      </w:pPr>
      <w:r w:rsidRPr="009361F2">
        <w:rPr>
          <w:sz w:val="24"/>
          <w:szCs w:val="24"/>
        </w:rPr>
        <w:t>Notary Services &amp; Resources</w:t>
      </w:r>
    </w:p>
    <w:p w:rsidR="00385582" w:rsidRPr="009361F2" w:rsidRDefault="00000000">
      <w:pPr>
        <w:pStyle w:val="Meta"/>
        <w:rPr>
          <w:sz w:val="24"/>
          <w:szCs w:val="24"/>
        </w:rPr>
      </w:pPr>
      <w:r w:rsidRPr="009361F2">
        <w:rPr>
          <w:sz w:val="24"/>
          <w:szCs w:val="24"/>
        </w:rPr>
        <w:t>Planned URL: /library/about-prismark-signature-services</w:t>
      </w:r>
    </w:p>
    <w:p w:rsidR="00385582" w:rsidRPr="009361F2" w:rsidRDefault="00000000">
      <w:pPr>
        <w:pStyle w:val="Meta"/>
        <w:rPr>
          <w:sz w:val="24"/>
          <w:szCs w:val="24"/>
        </w:rPr>
      </w:pPr>
      <w:r w:rsidRPr="009361F2">
        <w:rPr>
          <w:sz w:val="24"/>
          <w:szCs w:val="24"/>
        </w:rPr>
        <w:t>SEO Title: About Prismark Signature Services | Los Angeles Mobile Notary &amp; Document Services</w:t>
      </w:r>
    </w:p>
    <w:p w:rsidR="00385582" w:rsidRPr="009361F2" w:rsidRDefault="00000000">
      <w:pPr>
        <w:pStyle w:val="Meta"/>
        <w:rPr>
          <w:sz w:val="24"/>
          <w:szCs w:val="24"/>
        </w:rPr>
      </w:pPr>
      <w:r w:rsidRPr="009361F2">
        <w:rPr>
          <w:sz w:val="24"/>
          <w:szCs w:val="24"/>
        </w:rPr>
        <w:t>Meta Description: Learn how Prismark Signature Services grew from a Los Angeles loan signing company into a trusted private-client document signing and authentication service built around professionalism, reliability, responsiveness, and a distinctive client experience.</w:t>
      </w:r>
    </w:p>
    <w:p w:rsidR="00385582" w:rsidRPr="009361F2" w:rsidRDefault="00000000">
      <w:pPr>
        <w:pStyle w:val="Title"/>
        <w:rPr>
          <w:sz w:val="24"/>
          <w:szCs w:val="24"/>
        </w:rPr>
      </w:pPr>
      <w:r w:rsidRPr="009361F2">
        <w:rPr>
          <w:sz w:val="24"/>
          <w:szCs w:val="24"/>
        </w:rPr>
        <w:t>About Prismark Signature Services</w:t>
      </w:r>
    </w:p>
    <w:p w:rsidR="00385582" w:rsidRPr="009361F2" w:rsidRDefault="00000000">
      <w:pPr>
        <w:rPr>
          <w:sz w:val="24"/>
          <w:szCs w:val="24"/>
        </w:rPr>
      </w:pPr>
      <w:r w:rsidRPr="009361F2">
        <w:rPr>
          <w:sz w:val="24"/>
          <w:szCs w:val="24"/>
        </w:rPr>
        <w:t>A higher standard for life's important documents.</w:t>
      </w:r>
    </w:p>
    <w:p w:rsidR="00385582" w:rsidRPr="009361F2" w:rsidRDefault="00000000">
      <w:pPr>
        <w:pStyle w:val="Meta"/>
        <w:rPr>
          <w:sz w:val="24"/>
          <w:szCs w:val="24"/>
        </w:rPr>
      </w:pPr>
      <w:r w:rsidRPr="009361F2">
        <w:rPr>
          <w:sz w:val="24"/>
          <w:szCs w:val="24"/>
        </w:rPr>
        <w:t>By John F. Heinz, Managing Director, Prismark Signature Services</w:t>
      </w:r>
    </w:p>
    <w:p w:rsidR="00385582" w:rsidRPr="009361F2" w:rsidRDefault="00000000">
      <w:pPr>
        <w:pStyle w:val="Meta"/>
        <w:rPr>
          <w:sz w:val="24"/>
          <w:szCs w:val="24"/>
        </w:rPr>
      </w:pPr>
      <w:r w:rsidRPr="009361F2">
        <w:rPr>
          <w:sz w:val="24"/>
          <w:szCs w:val="24"/>
        </w:rPr>
        <w:t>Published: August 30, 2026</w:t>
      </w:r>
    </w:p>
    <w:p w:rsidR="00385582" w:rsidRPr="009361F2" w:rsidRDefault="00000000">
      <w:pPr>
        <w:pStyle w:val="Heading1"/>
        <w:rPr>
          <w:sz w:val="24"/>
          <w:szCs w:val="24"/>
        </w:rPr>
      </w:pPr>
      <w:r w:rsidRPr="009361F2">
        <w:rPr>
          <w:sz w:val="24"/>
          <w:szCs w:val="24"/>
        </w:rPr>
        <w:t>Built on a Commitment to Professionalism and Quality Service</w:t>
      </w:r>
    </w:p>
    <w:p w:rsidR="00385582" w:rsidRPr="009361F2" w:rsidRDefault="00000000">
      <w:pPr>
        <w:rPr>
          <w:sz w:val="24"/>
          <w:szCs w:val="24"/>
        </w:rPr>
      </w:pPr>
      <w:r w:rsidRPr="009361F2">
        <w:rPr>
          <w:sz w:val="24"/>
          <w:szCs w:val="24"/>
        </w:rPr>
        <w:t>Prismark Signature Services was built around a simple belief: when people are signing some of the most important documents of their lives, they deserve professionalism, reliability, responsiveness, and a signing experience that reflects the importance of the moment.</w:t>
      </w:r>
    </w:p>
    <w:p w:rsidR="00385582" w:rsidRPr="009361F2" w:rsidRDefault="00000000">
      <w:pPr>
        <w:rPr>
          <w:sz w:val="24"/>
          <w:szCs w:val="24"/>
        </w:rPr>
      </w:pPr>
      <w:r w:rsidRPr="009361F2">
        <w:rPr>
          <w:sz w:val="24"/>
          <w:szCs w:val="24"/>
        </w:rPr>
        <w:t>A home purchase or sale, an estate plan, a power of attorney, documents during a hospitalization, a signing involving someone in a jail or detention facility, or records being prepared for use in another country can carry enormous personal and financial significance. John F. Heinz, founder and Managing Director of Prismark Signature Services, believed those moments called for a level of service that reflected their importance.</w:t>
      </w:r>
    </w:p>
    <w:p w:rsidR="00385582" w:rsidRPr="009361F2" w:rsidRDefault="00000000">
      <w:pPr>
        <w:rPr>
          <w:sz w:val="24"/>
          <w:szCs w:val="24"/>
        </w:rPr>
      </w:pPr>
      <w:r w:rsidRPr="009361F2">
        <w:rPr>
          <w:sz w:val="24"/>
          <w:szCs w:val="24"/>
        </w:rPr>
        <w:t>From the beginning, Prismark's goal has been to make important document signings feel prepared, organized, professional, and under control.</w:t>
      </w:r>
    </w:p>
    <w:p w:rsidR="00385582" w:rsidRPr="009361F2" w:rsidRDefault="00000000">
      <w:pPr>
        <w:pStyle w:val="Heading1"/>
        <w:rPr>
          <w:sz w:val="24"/>
          <w:szCs w:val="24"/>
        </w:rPr>
      </w:pPr>
      <w:r w:rsidRPr="009361F2">
        <w:rPr>
          <w:sz w:val="24"/>
          <w:szCs w:val="24"/>
        </w:rPr>
        <w:t>How Prismark Began</w:t>
      </w:r>
    </w:p>
    <w:p w:rsidR="00385582" w:rsidRPr="009361F2" w:rsidRDefault="00000000">
      <w:pPr>
        <w:rPr>
          <w:sz w:val="24"/>
          <w:szCs w:val="24"/>
        </w:rPr>
      </w:pPr>
      <w:r w:rsidRPr="009361F2">
        <w:rPr>
          <w:sz w:val="24"/>
          <w:szCs w:val="24"/>
        </w:rPr>
        <w:t>Prismark Signature Services grew out of Certified Loan Signing Services, LLC, which was originally established with a straightforward focus: professional real estate and loan signing services throughout Los Angeles.</w:t>
      </w:r>
    </w:p>
    <w:p w:rsidR="00385582" w:rsidRPr="009361F2" w:rsidRDefault="00000000">
      <w:pPr>
        <w:rPr>
          <w:sz w:val="24"/>
          <w:szCs w:val="24"/>
        </w:rPr>
      </w:pPr>
      <w:r w:rsidRPr="009361F2">
        <w:rPr>
          <w:sz w:val="24"/>
          <w:szCs w:val="24"/>
        </w:rPr>
        <w:t>The company entered an already crowded and highly competitive signing market. Rather than trying to compete simply by being another available notary or signing agent, John brought the professional standards and work ethic of his previous 35+ year career in television production and directing to every assignment: arrive on time and prepared, communicate clearly, protect confidentiality, pay attention to details, remain calm when circumstances change, and follow through.</w:t>
      </w:r>
    </w:p>
    <w:p w:rsidR="00385582" w:rsidRPr="009361F2" w:rsidRDefault="00000000">
      <w:pPr>
        <w:rPr>
          <w:sz w:val="24"/>
          <w:szCs w:val="24"/>
        </w:rPr>
      </w:pPr>
      <w:r w:rsidRPr="009361F2">
        <w:rPr>
          <w:sz w:val="24"/>
          <w:szCs w:val="24"/>
        </w:rPr>
        <w:t>That approach was noticed. Clients referred Prismark to friends and family. Escrow professionals and businesses called again. Repeat clients returned with new document needs, and referrals began producing assignments that extended well beyond traditional loan packages.</w:t>
      </w:r>
    </w:p>
    <w:p w:rsidR="00385582" w:rsidRPr="009361F2" w:rsidRDefault="00000000">
      <w:pPr>
        <w:rPr>
          <w:sz w:val="24"/>
          <w:szCs w:val="24"/>
        </w:rPr>
      </w:pPr>
      <w:r w:rsidRPr="009361F2">
        <w:rPr>
          <w:sz w:val="24"/>
          <w:szCs w:val="24"/>
        </w:rPr>
        <w:t>As demand broadened, the company quickly expanded. What began with real estate and loan signings evolved into Prismark Signature Services - a Los Angeles-based private-client document signing and authentication company serving individuals, families, attorneys, escrow professionals, businesses, and clients with domestic and international document needs.</w:t>
      </w:r>
    </w:p>
    <w:p w:rsidR="00385582" w:rsidRPr="009361F2" w:rsidRDefault="00000000">
      <w:pPr>
        <w:pStyle w:val="Heading1"/>
        <w:rPr>
          <w:sz w:val="24"/>
          <w:szCs w:val="24"/>
        </w:rPr>
      </w:pPr>
      <w:r w:rsidRPr="009361F2">
        <w:rPr>
          <w:sz w:val="24"/>
          <w:szCs w:val="24"/>
        </w:rPr>
        <w:lastRenderedPageBreak/>
        <w:t>A Different Approach in a Saturated Field</w:t>
      </w:r>
    </w:p>
    <w:p w:rsidR="00385582" w:rsidRPr="009361F2" w:rsidRDefault="00000000">
      <w:pPr>
        <w:rPr>
          <w:sz w:val="24"/>
          <w:szCs w:val="24"/>
        </w:rPr>
      </w:pPr>
      <w:r w:rsidRPr="009361F2">
        <w:rPr>
          <w:sz w:val="24"/>
          <w:szCs w:val="24"/>
        </w:rPr>
        <w:t>Los Angeles has no shortage of Notaries Public and signing agents. Prismark's distinction is not based on simply being available. It is based on how the work is approached.</w:t>
      </w:r>
    </w:p>
    <w:p w:rsidR="00385582" w:rsidRPr="009361F2" w:rsidRDefault="00000000">
      <w:pPr>
        <w:rPr>
          <w:sz w:val="24"/>
          <w:szCs w:val="24"/>
        </w:rPr>
      </w:pPr>
      <w:r w:rsidRPr="009361F2">
        <w:rPr>
          <w:sz w:val="24"/>
          <w:szCs w:val="24"/>
        </w:rPr>
        <w:t>Each assignment is treated as a professional client experience. Preparation matters. Presentation matters. Clear and responsive communication matters. Arriving on time and ready matters. And when an unexpected problem occurs, remaining calm, communicating clearly, and helping keep the process moving matters.</w:t>
      </w:r>
    </w:p>
    <w:p w:rsidR="00385582" w:rsidRPr="009361F2" w:rsidRDefault="00000000">
      <w:pPr>
        <w:rPr>
          <w:sz w:val="24"/>
          <w:szCs w:val="24"/>
        </w:rPr>
      </w:pPr>
      <w:r w:rsidRPr="009361F2">
        <w:rPr>
          <w:sz w:val="24"/>
          <w:szCs w:val="24"/>
        </w:rPr>
        <w:t>The result has been a business built heavily through repeat clients, referrals, professional relationships, and word of mouth. In a relatively short period, Prismark has completed hundreds of real estate and private-client signing assignments and earned 200+ five-star Google reviews, becoming a trusted choice for clients who want an important signing handled professionally.</w:t>
      </w:r>
    </w:p>
    <w:p w:rsidR="00385582" w:rsidRPr="009361F2" w:rsidRDefault="00000000">
      <w:pPr>
        <w:pStyle w:val="Heading1"/>
        <w:rPr>
          <w:sz w:val="24"/>
          <w:szCs w:val="24"/>
        </w:rPr>
      </w:pPr>
      <w:r w:rsidRPr="009361F2">
        <w:rPr>
          <w:sz w:val="24"/>
          <w:szCs w:val="24"/>
        </w:rPr>
        <w:t>The Prismark Signing Experience</w:t>
      </w:r>
    </w:p>
    <w:p w:rsidR="00385582" w:rsidRPr="009361F2" w:rsidRDefault="00000000">
      <w:pPr>
        <w:rPr>
          <w:sz w:val="24"/>
          <w:szCs w:val="24"/>
        </w:rPr>
      </w:pPr>
      <w:r w:rsidRPr="009361F2">
        <w:rPr>
          <w:sz w:val="24"/>
          <w:szCs w:val="24"/>
        </w:rPr>
        <w:t>A signing with Prismark is designed to be more than a transaction. Whenever the location and circumstances allow, Prismark creates a professional mobile signing environment around the client.</w:t>
      </w:r>
    </w:p>
    <w:p w:rsidR="00385582" w:rsidRPr="009361F2" w:rsidRDefault="00000000">
      <w:pPr>
        <w:rPr>
          <w:sz w:val="24"/>
          <w:szCs w:val="24"/>
        </w:rPr>
      </w:pPr>
      <w:r w:rsidRPr="009361F2">
        <w:rPr>
          <w:sz w:val="24"/>
          <w:szCs w:val="24"/>
        </w:rPr>
        <w:t>The Prismark signature setup includes distinctive blue-and-gold table mats, an organized document workspace, a portable table lamp to improve visibility, and small touches such as mints for signers. These details are not decoration for decoration's sake. They help protect the signing surface, improve visibility, organize the documents, and transform an unfamiliar table in a home, office, hospital, or other location into a comfortable and professional signing environment.</w:t>
      </w:r>
    </w:p>
    <w:p w:rsidR="00385582" w:rsidRPr="009361F2" w:rsidRDefault="00000000">
      <w:pPr>
        <w:rPr>
          <w:sz w:val="24"/>
          <w:szCs w:val="24"/>
        </w:rPr>
      </w:pPr>
      <w:r w:rsidRPr="009361F2">
        <w:rPr>
          <w:sz w:val="24"/>
          <w:szCs w:val="24"/>
        </w:rPr>
        <w:t>For clients purchasing a home - particularly first-time homebuyers - Prismark also recognizes that the appointment can represent much more than a stack of loan documents. It may be the culmination of years of saving, planning, searching, and waiting. The documents must be handled accurately and efficiently, but the significance of the moment does not have to be lost in the paperwork. Prismark recognizes that milestone with a small presentation piece designed to hold the “keys to the castle.” Sometimes a signature is not simply a signature. It is a milestone.</w:t>
      </w:r>
    </w:p>
    <w:p w:rsidR="00385582" w:rsidRPr="009361F2" w:rsidRDefault="00000000">
      <w:pPr>
        <w:pStyle w:val="Heading1"/>
        <w:rPr>
          <w:sz w:val="24"/>
          <w:szCs w:val="24"/>
        </w:rPr>
      </w:pPr>
      <w:r w:rsidRPr="009361F2">
        <w:rPr>
          <w:sz w:val="24"/>
          <w:szCs w:val="24"/>
        </w:rPr>
        <w:t>From Loan Signings to Broader Private-Client Services</w:t>
      </w:r>
    </w:p>
    <w:p w:rsidR="00385582" w:rsidRPr="009361F2" w:rsidRDefault="00000000">
      <w:pPr>
        <w:rPr>
          <w:sz w:val="24"/>
          <w:szCs w:val="24"/>
        </w:rPr>
      </w:pPr>
      <w:r w:rsidRPr="009361F2">
        <w:rPr>
          <w:sz w:val="24"/>
          <w:szCs w:val="24"/>
        </w:rPr>
        <w:t>As Prismark's client base and referral network grew, so did the range of assignments. Today, Prismark's work includes:</w:t>
      </w:r>
    </w:p>
    <w:p w:rsidR="00385582" w:rsidRPr="009361F2" w:rsidRDefault="00000000">
      <w:pPr>
        <w:ind w:left="259" w:hanging="173"/>
        <w:rPr>
          <w:sz w:val="24"/>
          <w:szCs w:val="24"/>
        </w:rPr>
      </w:pPr>
      <w:r w:rsidRPr="009361F2">
        <w:rPr>
          <w:b/>
          <w:sz w:val="24"/>
          <w:szCs w:val="24"/>
        </w:rPr>
        <w:t xml:space="preserve">• </w:t>
      </w:r>
      <w:r w:rsidRPr="009361F2">
        <w:rPr>
          <w:sz w:val="24"/>
          <w:szCs w:val="24"/>
        </w:rPr>
        <w:t>Mobile notary services throughout Los Angeles and surrounding communities.</w:t>
      </w:r>
    </w:p>
    <w:p w:rsidR="00385582" w:rsidRPr="009361F2" w:rsidRDefault="00000000">
      <w:pPr>
        <w:ind w:left="259" w:hanging="173"/>
        <w:rPr>
          <w:sz w:val="24"/>
          <w:szCs w:val="24"/>
        </w:rPr>
      </w:pPr>
      <w:r w:rsidRPr="009361F2">
        <w:rPr>
          <w:b/>
          <w:sz w:val="24"/>
          <w:szCs w:val="24"/>
        </w:rPr>
        <w:t xml:space="preserve">• </w:t>
      </w:r>
      <w:r w:rsidRPr="009361F2">
        <w:rPr>
          <w:sz w:val="24"/>
          <w:szCs w:val="24"/>
        </w:rPr>
        <w:t>Complex real estate, buyer, seller, refinance, and loan signing packages.</w:t>
      </w:r>
    </w:p>
    <w:p w:rsidR="00385582" w:rsidRPr="009361F2" w:rsidRDefault="00000000">
      <w:pPr>
        <w:ind w:left="259" w:hanging="173"/>
        <w:rPr>
          <w:sz w:val="24"/>
          <w:szCs w:val="24"/>
        </w:rPr>
      </w:pPr>
      <w:r w:rsidRPr="009361F2">
        <w:rPr>
          <w:b/>
          <w:sz w:val="24"/>
          <w:szCs w:val="24"/>
        </w:rPr>
        <w:t xml:space="preserve">• </w:t>
      </w:r>
      <w:r w:rsidRPr="009361F2">
        <w:rPr>
          <w:sz w:val="24"/>
          <w:szCs w:val="24"/>
        </w:rPr>
        <w:t>Attorney-prepared trusts, estate planning documents, powers of attorney, and related private-client signings.</w:t>
      </w:r>
    </w:p>
    <w:p w:rsidR="00385582" w:rsidRPr="009361F2" w:rsidRDefault="00000000">
      <w:pPr>
        <w:ind w:left="259" w:hanging="173"/>
        <w:rPr>
          <w:sz w:val="24"/>
          <w:szCs w:val="24"/>
        </w:rPr>
      </w:pPr>
      <w:r w:rsidRPr="009361F2">
        <w:rPr>
          <w:b/>
          <w:sz w:val="24"/>
          <w:szCs w:val="24"/>
        </w:rPr>
        <w:t xml:space="preserve">• </w:t>
      </w:r>
      <w:r w:rsidRPr="009361F2">
        <w:rPr>
          <w:sz w:val="24"/>
          <w:szCs w:val="24"/>
        </w:rPr>
        <w:t>Hospital, healthcare, private residence, elderly, and homebound client appointments.</w:t>
      </w:r>
    </w:p>
    <w:p w:rsidR="00385582" w:rsidRPr="009361F2" w:rsidRDefault="00000000">
      <w:pPr>
        <w:ind w:left="259" w:hanging="173"/>
        <w:rPr>
          <w:sz w:val="24"/>
          <w:szCs w:val="24"/>
        </w:rPr>
      </w:pPr>
      <w:r w:rsidRPr="009361F2">
        <w:rPr>
          <w:b/>
          <w:sz w:val="24"/>
          <w:szCs w:val="24"/>
        </w:rPr>
        <w:t xml:space="preserve">• </w:t>
      </w:r>
      <w:r w:rsidRPr="009361F2">
        <w:rPr>
          <w:sz w:val="24"/>
          <w:szCs w:val="24"/>
        </w:rPr>
        <w:t>Jail and detention facility signing coordination.</w:t>
      </w:r>
    </w:p>
    <w:p w:rsidR="00385582" w:rsidRPr="009361F2" w:rsidRDefault="00000000">
      <w:pPr>
        <w:ind w:left="259" w:hanging="173"/>
        <w:rPr>
          <w:sz w:val="24"/>
          <w:szCs w:val="24"/>
        </w:rPr>
      </w:pPr>
      <w:r w:rsidRPr="009361F2">
        <w:rPr>
          <w:b/>
          <w:sz w:val="24"/>
          <w:szCs w:val="24"/>
        </w:rPr>
        <w:t>• Apostille and document authentication services for documents intended for use abroad, including coordination of complex cases.</w:t>
      </w:r>
    </w:p>
    <w:p w:rsidR="00385582" w:rsidRPr="009361F2" w:rsidRDefault="00000000">
      <w:pPr>
        <w:ind w:left="259" w:hanging="173"/>
        <w:rPr>
          <w:sz w:val="24"/>
          <w:szCs w:val="24"/>
        </w:rPr>
      </w:pPr>
      <w:r w:rsidRPr="009361F2">
        <w:rPr>
          <w:b/>
          <w:sz w:val="24"/>
          <w:szCs w:val="24"/>
        </w:rPr>
        <w:t xml:space="preserve">• </w:t>
      </w:r>
      <w:r w:rsidRPr="009361F2">
        <w:rPr>
          <w:sz w:val="24"/>
          <w:szCs w:val="24"/>
        </w:rPr>
        <w:t>Domestic and international document coordination for attorneys, businesses, families, and individuals.</w:t>
      </w:r>
    </w:p>
    <w:p w:rsidR="00385582" w:rsidRPr="009361F2" w:rsidRDefault="00000000">
      <w:pPr>
        <w:pStyle w:val="Heading1"/>
        <w:rPr>
          <w:sz w:val="24"/>
          <w:szCs w:val="24"/>
        </w:rPr>
      </w:pPr>
      <w:r w:rsidRPr="009361F2">
        <w:rPr>
          <w:sz w:val="24"/>
          <w:szCs w:val="24"/>
        </w:rPr>
        <w:lastRenderedPageBreak/>
        <w:t xml:space="preserve">Los Angeles Service </w:t>
      </w:r>
      <w:proofErr w:type="gramStart"/>
      <w:r w:rsidRPr="009361F2">
        <w:rPr>
          <w:sz w:val="24"/>
          <w:szCs w:val="24"/>
        </w:rPr>
        <w:t>With</w:t>
      </w:r>
      <w:proofErr w:type="gramEnd"/>
      <w:r w:rsidRPr="009361F2">
        <w:rPr>
          <w:sz w:val="24"/>
          <w:szCs w:val="24"/>
        </w:rPr>
        <w:t xml:space="preserve"> an International Reach</w:t>
      </w:r>
    </w:p>
    <w:p w:rsidR="00385582" w:rsidRPr="009361F2" w:rsidRDefault="00000000">
      <w:pPr>
        <w:rPr>
          <w:sz w:val="24"/>
          <w:szCs w:val="24"/>
        </w:rPr>
      </w:pPr>
      <w:r w:rsidRPr="009361F2">
        <w:rPr>
          <w:sz w:val="24"/>
          <w:szCs w:val="24"/>
        </w:rPr>
        <w:t>Prismark is based in Los Angeles, but many assignments begin far beyond Southern California. An attorney in another state may have a client in Los Angeles. A family member overseas may need a document signed here. A business may need a California document authenticated for use in another country. For clients who are more comfortable communicating in another language, John also conducts signings in Spanish and French.</w:t>
      </w:r>
    </w:p>
    <w:p w:rsidR="00385582" w:rsidRPr="009361F2" w:rsidRDefault="00000000">
      <w:pPr>
        <w:rPr>
          <w:sz w:val="24"/>
          <w:szCs w:val="24"/>
        </w:rPr>
      </w:pPr>
      <w:r w:rsidRPr="009361F2">
        <w:rPr>
          <w:sz w:val="24"/>
          <w:szCs w:val="24"/>
        </w:rPr>
        <w:t>Prismark helps bridge that distance by coordinating the part of the transaction that must happen in Los Angeles while communicating clearly with the people involved elsewhere. The client may be thousands of miles away while the document problem is here in California.</w:t>
      </w:r>
    </w:p>
    <w:p w:rsidR="00385582" w:rsidRPr="009361F2" w:rsidRDefault="00000000">
      <w:pPr>
        <w:rPr>
          <w:sz w:val="24"/>
          <w:szCs w:val="24"/>
        </w:rPr>
      </w:pPr>
      <w:r w:rsidRPr="009361F2">
        <w:rPr>
          <w:sz w:val="24"/>
          <w:szCs w:val="24"/>
        </w:rPr>
        <w:t>That combination of local mobile service and broader document coordination has become an increasingly important part of Prismark's work.</w:t>
      </w:r>
    </w:p>
    <w:p w:rsidR="00385582" w:rsidRPr="009361F2" w:rsidRDefault="00000000">
      <w:pPr>
        <w:pStyle w:val="Heading1"/>
        <w:rPr>
          <w:sz w:val="24"/>
          <w:szCs w:val="24"/>
        </w:rPr>
      </w:pPr>
      <w:r w:rsidRPr="009361F2">
        <w:rPr>
          <w:sz w:val="24"/>
          <w:szCs w:val="24"/>
        </w:rPr>
        <w:t>Professional Standards Behind the Service</w:t>
      </w:r>
    </w:p>
    <w:p w:rsidR="00385582" w:rsidRPr="009361F2" w:rsidRDefault="00000000">
      <w:pPr>
        <w:rPr>
          <w:sz w:val="24"/>
          <w:szCs w:val="24"/>
        </w:rPr>
      </w:pPr>
      <w:r w:rsidRPr="009361F2">
        <w:rPr>
          <w:sz w:val="24"/>
          <w:szCs w:val="24"/>
        </w:rPr>
        <w:t>Prismark's service philosophy is supported by professional education, training, insurance, and hands-on experience. John F. Heinz holds a Bachelor of Science in Business with a concentration in Finance from Indiana University. He is a California commissioned and bonded Notary Public, a National Notary Association (NNA) Certified Notary Signing Agent and background screened, and carries $1 million in Errors &amp; Omissions (E&amp;O) insurance.</w:t>
      </w:r>
    </w:p>
    <w:p w:rsidR="00385582" w:rsidRPr="009361F2" w:rsidRDefault="00000000">
      <w:pPr>
        <w:rPr>
          <w:sz w:val="24"/>
          <w:szCs w:val="24"/>
        </w:rPr>
      </w:pPr>
      <w:r w:rsidRPr="009361F2">
        <w:rPr>
          <w:sz w:val="24"/>
          <w:szCs w:val="24"/>
        </w:rPr>
        <w:t>His additional training includes Notary2Pro Elite, Loan Signing System (LSS) Professional training, Certified Apostille Agent (CAA) training, advanced apostille and document authentication education, and specialized trust delivery and estate planning signing training.</w:t>
      </w:r>
    </w:p>
    <w:p w:rsidR="00385582" w:rsidRPr="009361F2" w:rsidRDefault="00000000">
      <w:pPr>
        <w:rPr>
          <w:sz w:val="24"/>
          <w:szCs w:val="24"/>
        </w:rPr>
      </w:pPr>
      <w:r w:rsidRPr="009361F2">
        <w:rPr>
          <w:sz w:val="24"/>
          <w:szCs w:val="24"/>
        </w:rPr>
        <w:t>Prismark has completed hundreds of real estate and private-client signing assignments and has earned 200+ five-star Google reviews from clients served.</w:t>
      </w:r>
    </w:p>
    <w:p w:rsidR="00385582" w:rsidRPr="009361F2" w:rsidRDefault="00000000">
      <w:pPr>
        <w:pStyle w:val="Heading1"/>
        <w:rPr>
          <w:sz w:val="24"/>
          <w:szCs w:val="24"/>
        </w:rPr>
      </w:pPr>
      <w:r w:rsidRPr="009361F2">
        <w:rPr>
          <w:sz w:val="24"/>
          <w:szCs w:val="24"/>
        </w:rPr>
        <w:t>Why Prismark Created the Library</w:t>
      </w:r>
    </w:p>
    <w:p w:rsidR="00385582" w:rsidRPr="009361F2" w:rsidRDefault="00000000">
      <w:pPr>
        <w:rPr>
          <w:sz w:val="24"/>
          <w:szCs w:val="24"/>
        </w:rPr>
      </w:pPr>
      <w:r w:rsidRPr="009361F2">
        <w:rPr>
          <w:sz w:val="24"/>
          <w:szCs w:val="24"/>
        </w:rPr>
        <w:t>Important document transactions can be confusing, especially when someone is dealing with an unfamiliar process, a hospital stay, an incarcerated family member, an estate planning signing, an international document requirement, or an urgent appointment.</w:t>
      </w:r>
    </w:p>
    <w:p w:rsidR="00385582" w:rsidRPr="009361F2" w:rsidRDefault="00000000">
      <w:pPr>
        <w:rPr>
          <w:sz w:val="24"/>
          <w:szCs w:val="24"/>
        </w:rPr>
      </w:pPr>
      <w:r w:rsidRPr="009361F2">
        <w:rPr>
          <w:sz w:val="24"/>
          <w:szCs w:val="24"/>
        </w:rPr>
        <w:t>The Prismark Library was created to give clients and professional referral partners clear, practical information before the appointment begins. Its growing collection of guides covers notary basics, apostilles and international documents, hospitals and healthcare, estate planning, jail and detention facilities, real estate, and other specialized document situations.</w:t>
      </w:r>
    </w:p>
    <w:p w:rsidR="00385582" w:rsidRPr="009361F2" w:rsidRDefault="00000000">
      <w:pPr>
        <w:rPr>
          <w:sz w:val="24"/>
          <w:szCs w:val="24"/>
        </w:rPr>
      </w:pPr>
      <w:r w:rsidRPr="009361F2">
        <w:rPr>
          <w:sz w:val="24"/>
          <w:szCs w:val="24"/>
        </w:rPr>
        <w:t>The goal is simple: help people understand the process, know what to expect, ask better questions, and arrive better prepared - while remaining clear that Prismark does not provide legal advice.</w:t>
      </w:r>
    </w:p>
    <w:p w:rsidR="00385582" w:rsidRPr="009361F2" w:rsidRDefault="00000000">
      <w:pPr>
        <w:pStyle w:val="Heading1"/>
        <w:rPr>
          <w:sz w:val="24"/>
          <w:szCs w:val="24"/>
        </w:rPr>
      </w:pPr>
      <w:r w:rsidRPr="009361F2">
        <w:rPr>
          <w:sz w:val="24"/>
          <w:szCs w:val="24"/>
        </w:rPr>
        <w:t>The Prismark Standard</w:t>
      </w:r>
    </w:p>
    <w:p w:rsidR="00385582" w:rsidRPr="009361F2" w:rsidRDefault="00000000">
      <w:pPr>
        <w:rPr>
          <w:sz w:val="24"/>
          <w:szCs w:val="24"/>
        </w:rPr>
      </w:pPr>
      <w:r w:rsidRPr="009361F2">
        <w:rPr>
          <w:sz w:val="24"/>
          <w:szCs w:val="24"/>
        </w:rPr>
        <w:t>Professional. Reliable. Responsive.</w:t>
      </w:r>
    </w:p>
    <w:p w:rsidR="00385582" w:rsidRPr="009361F2" w:rsidRDefault="00000000">
      <w:pPr>
        <w:rPr>
          <w:sz w:val="24"/>
          <w:szCs w:val="24"/>
        </w:rPr>
      </w:pPr>
      <w:r w:rsidRPr="009361F2">
        <w:rPr>
          <w:sz w:val="24"/>
          <w:szCs w:val="24"/>
        </w:rPr>
        <w:t>Those three words summarize the standard behind Prismark Signature Services. They are not simply a tagline. They describe how the company intends to approach every assignment: prepare professionally, be dependable, communicate promptly, respect the client and the professionals involved, and follow through.</w:t>
      </w:r>
    </w:p>
    <w:p w:rsidR="00385582" w:rsidRPr="009361F2" w:rsidRDefault="00000000">
      <w:pPr>
        <w:rPr>
          <w:sz w:val="24"/>
          <w:szCs w:val="24"/>
        </w:rPr>
      </w:pPr>
      <w:r w:rsidRPr="009361F2">
        <w:rPr>
          <w:sz w:val="24"/>
          <w:szCs w:val="24"/>
        </w:rPr>
        <w:t xml:space="preserve">For clients, the objective is confidence that an important document transaction is being handled with care. For attorneys, escrow professionals, businesses, and other referral partners, the </w:t>
      </w:r>
      <w:r w:rsidRPr="009361F2">
        <w:rPr>
          <w:sz w:val="24"/>
          <w:szCs w:val="24"/>
        </w:rPr>
        <w:lastRenderedPageBreak/>
        <w:t>objective is equally straightforward: when Prismark is sent to work with a client, the signing experience should reflect well on everyone involved.</w:t>
      </w:r>
    </w:p>
    <w:p w:rsidR="00385582" w:rsidRPr="009361F2" w:rsidRDefault="00000000">
      <w:pPr>
        <w:pStyle w:val="Heading1"/>
        <w:rPr>
          <w:sz w:val="24"/>
          <w:szCs w:val="24"/>
        </w:rPr>
      </w:pPr>
      <w:r w:rsidRPr="009361F2">
        <w:rPr>
          <w:sz w:val="24"/>
          <w:szCs w:val="24"/>
        </w:rPr>
        <w:t xml:space="preserve">You're in Good Hands </w:t>
      </w:r>
      <w:proofErr w:type="gramStart"/>
      <w:r w:rsidRPr="009361F2">
        <w:rPr>
          <w:sz w:val="24"/>
          <w:szCs w:val="24"/>
        </w:rPr>
        <w:t>With</w:t>
      </w:r>
      <w:proofErr w:type="gramEnd"/>
      <w:r w:rsidRPr="009361F2">
        <w:rPr>
          <w:sz w:val="24"/>
          <w:szCs w:val="24"/>
        </w:rPr>
        <w:t xml:space="preserve"> Prismark</w:t>
      </w:r>
    </w:p>
    <w:p w:rsidR="00385582" w:rsidRPr="009361F2" w:rsidRDefault="00000000">
      <w:pPr>
        <w:rPr>
          <w:sz w:val="24"/>
          <w:szCs w:val="24"/>
        </w:rPr>
      </w:pPr>
      <w:r w:rsidRPr="009361F2">
        <w:rPr>
          <w:sz w:val="24"/>
          <w:szCs w:val="24"/>
        </w:rPr>
        <w:t>For your peace of mind, Prismark is a bonded California Notary Public, background screened, and carries $1 million in Errors &amp; Omissions (E&amp;O) insurance. Prismark has also earned 200+ five-star Google reviews from clients we have served.</w:t>
      </w:r>
    </w:p>
    <w:p w:rsidR="00385582" w:rsidRPr="009361F2" w:rsidRDefault="00000000">
      <w:pPr>
        <w:rPr>
          <w:sz w:val="24"/>
          <w:szCs w:val="24"/>
        </w:rPr>
      </w:pPr>
      <w:r w:rsidRPr="009361F2">
        <w:rPr>
          <w:sz w:val="24"/>
          <w:szCs w:val="24"/>
        </w:rPr>
        <w:t>Your important documents are handled with professionalism, confidentiality, care, and clear communication throughout the process.</w:t>
      </w:r>
    </w:p>
    <w:p w:rsidR="00385582" w:rsidRPr="009361F2" w:rsidRDefault="00000000">
      <w:pPr>
        <w:rPr>
          <w:sz w:val="24"/>
          <w:szCs w:val="24"/>
        </w:rPr>
      </w:pPr>
      <w:r w:rsidRPr="009361F2">
        <w:rPr>
          <w:sz w:val="24"/>
          <w:szCs w:val="24"/>
        </w:rPr>
        <w:t>Professional. Reliable. Responsive.</w:t>
      </w:r>
    </w:p>
    <w:p w:rsidR="00385582" w:rsidRPr="009361F2" w:rsidRDefault="00000000">
      <w:pPr>
        <w:pStyle w:val="Heading1"/>
        <w:rPr>
          <w:sz w:val="24"/>
          <w:szCs w:val="24"/>
        </w:rPr>
      </w:pPr>
      <w:r w:rsidRPr="009361F2">
        <w:rPr>
          <w:sz w:val="24"/>
          <w:szCs w:val="24"/>
        </w:rPr>
        <w:t>How Prismark Can Help</w:t>
      </w:r>
    </w:p>
    <w:p w:rsidR="00385582" w:rsidRPr="009361F2" w:rsidRDefault="00000000">
      <w:pPr>
        <w:rPr>
          <w:sz w:val="24"/>
          <w:szCs w:val="24"/>
        </w:rPr>
      </w:pPr>
      <w:r w:rsidRPr="009361F2">
        <w:rPr>
          <w:sz w:val="24"/>
          <w:szCs w:val="24"/>
        </w:rPr>
        <w:t>Prismark Signature Services provides mobile notary, professional document signing, real estate signing, estate planning signing support, hospital and healthcare notarizations, jail and detention signing coordination, apostille and document authentication services, and specialized domestic and international document support throughout Los Angeles.</w:t>
      </w:r>
    </w:p>
    <w:p w:rsidR="00385582" w:rsidRPr="009361F2" w:rsidRDefault="00000000">
      <w:pPr>
        <w:rPr>
          <w:sz w:val="24"/>
          <w:szCs w:val="24"/>
        </w:rPr>
      </w:pPr>
      <w:r w:rsidRPr="009361F2">
        <w:rPr>
          <w:sz w:val="24"/>
          <w:szCs w:val="24"/>
        </w:rPr>
        <w:t>Contact Prismark Signature Services at 213-563-0758 for more information or to discuss your document signing or authentication needs.</w:t>
      </w:r>
    </w:p>
    <w:p w:rsidR="00385582" w:rsidRPr="009361F2" w:rsidRDefault="00000000">
      <w:pPr>
        <w:pStyle w:val="Heading1"/>
        <w:rPr>
          <w:sz w:val="24"/>
          <w:szCs w:val="24"/>
        </w:rPr>
      </w:pPr>
      <w:r w:rsidRPr="009361F2">
        <w:rPr>
          <w:sz w:val="24"/>
          <w:szCs w:val="24"/>
        </w:rPr>
        <w:t>Related Guides</w:t>
      </w:r>
    </w:p>
    <w:p w:rsidR="00385582" w:rsidRPr="009361F2" w:rsidRDefault="00000000">
      <w:pPr>
        <w:ind w:left="259" w:hanging="173"/>
        <w:rPr>
          <w:sz w:val="24"/>
          <w:szCs w:val="24"/>
        </w:rPr>
      </w:pPr>
      <w:r w:rsidRPr="009361F2">
        <w:rPr>
          <w:sz w:val="24"/>
          <w:szCs w:val="24"/>
        </w:rPr>
        <w:t>• About John F. Heinz</w:t>
      </w:r>
    </w:p>
    <w:p w:rsidR="00385582" w:rsidRPr="009361F2" w:rsidRDefault="00000000">
      <w:pPr>
        <w:ind w:left="259" w:hanging="173"/>
        <w:rPr>
          <w:sz w:val="24"/>
          <w:szCs w:val="24"/>
        </w:rPr>
      </w:pPr>
      <w:r w:rsidRPr="009361F2">
        <w:rPr>
          <w:sz w:val="24"/>
          <w:szCs w:val="24"/>
        </w:rPr>
        <w:t>• What Is the History of the Notary Public?</w:t>
      </w:r>
    </w:p>
    <w:p w:rsidR="00385582" w:rsidRPr="009361F2" w:rsidRDefault="00000000">
      <w:pPr>
        <w:ind w:left="259" w:hanging="173"/>
        <w:rPr>
          <w:sz w:val="24"/>
          <w:szCs w:val="24"/>
        </w:rPr>
      </w:pPr>
      <w:r w:rsidRPr="009361F2">
        <w:rPr>
          <w:sz w:val="24"/>
          <w:szCs w:val="24"/>
        </w:rPr>
        <w:t>• What Is a Notary Public?</w:t>
      </w:r>
    </w:p>
    <w:p w:rsidR="00385582" w:rsidRPr="009361F2" w:rsidRDefault="00000000">
      <w:pPr>
        <w:ind w:left="259" w:hanging="173"/>
        <w:rPr>
          <w:sz w:val="24"/>
          <w:szCs w:val="24"/>
        </w:rPr>
      </w:pPr>
      <w:r w:rsidRPr="009361F2">
        <w:rPr>
          <w:sz w:val="24"/>
          <w:szCs w:val="24"/>
        </w:rPr>
        <w:t>• What Does It Mean to Have a Document Notarized?</w:t>
      </w:r>
    </w:p>
    <w:p w:rsidR="00385582" w:rsidRPr="009361F2" w:rsidRDefault="00000000">
      <w:pPr>
        <w:pStyle w:val="Heading1"/>
        <w:rPr>
          <w:sz w:val="24"/>
          <w:szCs w:val="24"/>
        </w:rPr>
      </w:pPr>
      <w:r w:rsidRPr="009361F2">
        <w:rPr>
          <w:sz w:val="24"/>
          <w:szCs w:val="24"/>
        </w:rPr>
        <w:t>Professional Notice</w:t>
      </w:r>
    </w:p>
    <w:p w:rsidR="00385582" w:rsidRPr="009361F2" w:rsidRDefault="00000000">
      <w:pPr>
        <w:rPr>
          <w:sz w:val="24"/>
          <w:szCs w:val="24"/>
        </w:rPr>
      </w:pPr>
      <w:r w:rsidRPr="009361F2">
        <w:rPr>
          <w:sz w:val="24"/>
          <w:szCs w:val="24"/>
        </w:rPr>
        <w:t>The information provided in the Prismark Library is for general educational purposes only. Prismark Signature Services is not a law firm and does not provide legal advice.</w:t>
      </w:r>
    </w:p>
    <w:sectPr w:rsidR="00385582" w:rsidRPr="009361F2"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4129002">
    <w:abstractNumId w:val="8"/>
  </w:num>
  <w:num w:numId="2" w16cid:durableId="397286440">
    <w:abstractNumId w:val="6"/>
  </w:num>
  <w:num w:numId="3" w16cid:durableId="1056659258">
    <w:abstractNumId w:val="5"/>
  </w:num>
  <w:num w:numId="4" w16cid:durableId="400755709">
    <w:abstractNumId w:val="4"/>
  </w:num>
  <w:num w:numId="5" w16cid:durableId="12458641">
    <w:abstractNumId w:val="7"/>
  </w:num>
  <w:num w:numId="6" w16cid:durableId="400373362">
    <w:abstractNumId w:val="3"/>
  </w:num>
  <w:num w:numId="7" w16cid:durableId="360084989">
    <w:abstractNumId w:val="2"/>
  </w:num>
  <w:num w:numId="8" w16cid:durableId="1940870973">
    <w:abstractNumId w:val="1"/>
  </w:num>
  <w:num w:numId="9" w16cid:durableId="1026567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466"/>
    <w:rsid w:val="0015074B"/>
    <w:rsid w:val="0029639D"/>
    <w:rsid w:val="002D54D3"/>
    <w:rsid w:val="00326F90"/>
    <w:rsid w:val="00385582"/>
    <w:rsid w:val="005C6E74"/>
    <w:rsid w:val="009361F2"/>
    <w:rsid w:val="00AA1D8D"/>
    <w:rsid w:val="00B47730"/>
    <w:rsid w:val="00CB0664"/>
    <w:rsid w:val="00D752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7"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30"/>
    </w:pPr>
    <w:rPr>
      <w:rFonts w:ascii="Aptos" w:hAnsi="Aptos"/>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2026-08-31T02:22:00Z</dcterms:created>
  <dcterms:modified xsi:type="dcterms:W3CDTF">2026-08-31T02:22:00Z</dcterms:modified>
  <cp:category/>
</cp:coreProperties>
</file>