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24E67" w:rsidRPr="00F47060" w:rsidRDefault="00000000">
      <w:pPr>
        <w:spacing w:after="24" w:line="228" w:lineRule="auto"/>
        <w:rPr>
          <w:sz w:val="24"/>
          <w:szCs w:val="24"/>
        </w:rPr>
      </w:pPr>
      <w:r w:rsidRPr="00F47060">
        <w:rPr>
          <w:b/>
          <w:sz w:val="24"/>
          <w:szCs w:val="24"/>
        </w:rPr>
        <w:t>PRISMARK LIBRARY</w:t>
      </w:r>
    </w:p>
    <w:p w:rsidR="00924E67" w:rsidRPr="00F47060" w:rsidRDefault="00000000">
      <w:pPr>
        <w:spacing w:after="24" w:line="228" w:lineRule="auto"/>
        <w:rPr>
          <w:sz w:val="24"/>
          <w:szCs w:val="24"/>
        </w:rPr>
      </w:pPr>
      <w:r w:rsidRPr="00F47060">
        <w:rPr>
          <w:b/>
          <w:sz w:val="24"/>
          <w:szCs w:val="24"/>
        </w:rPr>
        <w:t>Notary Services &amp; Resources</w:t>
      </w:r>
    </w:p>
    <w:p w:rsidR="00924E67" w:rsidRPr="00F47060" w:rsidRDefault="00000000">
      <w:pPr>
        <w:spacing w:after="24" w:line="228" w:lineRule="auto"/>
        <w:rPr>
          <w:sz w:val="24"/>
          <w:szCs w:val="24"/>
        </w:rPr>
      </w:pPr>
      <w:r w:rsidRPr="00F47060">
        <w:rPr>
          <w:sz w:val="24"/>
          <w:szCs w:val="24"/>
        </w:rPr>
        <w:t>Planned URL: /library/about-john-f-heinz</w:t>
      </w:r>
    </w:p>
    <w:p w:rsidR="00924E67" w:rsidRPr="00F47060" w:rsidRDefault="00000000">
      <w:pPr>
        <w:spacing w:after="24" w:line="228" w:lineRule="auto"/>
        <w:rPr>
          <w:sz w:val="24"/>
          <w:szCs w:val="24"/>
        </w:rPr>
      </w:pPr>
      <w:r w:rsidRPr="00F47060">
        <w:rPr>
          <w:sz w:val="24"/>
          <w:szCs w:val="24"/>
        </w:rPr>
        <w:t>SEO Title: About John F. Heinz | Prismark Signature Services</w:t>
      </w:r>
    </w:p>
    <w:p w:rsidR="00924E67" w:rsidRPr="00F47060" w:rsidRDefault="00000000">
      <w:pPr>
        <w:spacing w:after="24" w:line="228" w:lineRule="auto"/>
        <w:rPr>
          <w:sz w:val="24"/>
          <w:szCs w:val="24"/>
        </w:rPr>
      </w:pPr>
      <w:r w:rsidRPr="00F47060">
        <w:rPr>
          <w:sz w:val="24"/>
          <w:szCs w:val="24"/>
        </w:rPr>
        <w:t>Meta Description: Meet John F. Heinz, founder and Managing Director of Prismark Signature Services, whose 37+ years in television, global field experience, and advanced notary training shape Prismark's professional approach.</w:t>
      </w:r>
    </w:p>
    <w:p w:rsidR="00F47060" w:rsidRDefault="00F47060">
      <w:pPr>
        <w:spacing w:after="0" w:line="168" w:lineRule="auto"/>
        <w:rPr>
          <w:b/>
          <w:sz w:val="24"/>
          <w:szCs w:val="24"/>
        </w:rPr>
      </w:pPr>
    </w:p>
    <w:p w:rsidR="00924E67" w:rsidRDefault="00000000">
      <w:pPr>
        <w:spacing w:after="24" w:line="228" w:lineRule="auto"/>
        <w:rPr>
          <w:b/>
          <w:sz w:val="24"/>
          <w:szCs w:val="24"/>
        </w:rPr>
      </w:pPr>
      <w:r w:rsidRPr="00F47060">
        <w:rPr>
          <w:b/>
          <w:sz w:val="24"/>
          <w:szCs w:val="24"/>
        </w:rPr>
        <w:t>About John F. Heinz</w:t>
      </w:r>
    </w:p>
    <w:p w:rsidR="00924E67" w:rsidRPr="00F47060" w:rsidRDefault="00000000">
      <w:pPr>
        <w:spacing w:after="24" w:line="228" w:lineRule="auto"/>
        <w:rPr>
          <w:sz w:val="24"/>
          <w:szCs w:val="24"/>
        </w:rPr>
      </w:pPr>
      <w:r w:rsidRPr="00F47060">
        <w:rPr>
          <w:b/>
          <w:sz w:val="24"/>
          <w:szCs w:val="24"/>
        </w:rPr>
        <w:t>Professional experience. Personal service. A commitment to getting the details right.</w:t>
      </w:r>
    </w:p>
    <w:p w:rsidR="00924E67" w:rsidRPr="00F47060" w:rsidRDefault="00000000">
      <w:pPr>
        <w:spacing w:after="24" w:line="228" w:lineRule="auto"/>
        <w:rPr>
          <w:sz w:val="24"/>
          <w:szCs w:val="24"/>
        </w:rPr>
      </w:pPr>
      <w:r w:rsidRPr="00F47060">
        <w:rPr>
          <w:sz w:val="24"/>
          <w:szCs w:val="24"/>
        </w:rPr>
        <w:t>By John F. Heinz, Managing Director, Prismark Signature Services</w:t>
      </w:r>
    </w:p>
    <w:p w:rsidR="00924E67" w:rsidRPr="00F47060" w:rsidRDefault="00000000">
      <w:pPr>
        <w:spacing w:after="24" w:line="228" w:lineRule="auto"/>
        <w:rPr>
          <w:sz w:val="24"/>
          <w:szCs w:val="24"/>
        </w:rPr>
      </w:pPr>
      <w:r w:rsidRPr="00F47060">
        <w:rPr>
          <w:sz w:val="24"/>
          <w:szCs w:val="24"/>
        </w:rPr>
        <w:t>Published: August 30, 2026</w:t>
      </w:r>
    </w:p>
    <w:p w:rsidR="00F47060" w:rsidRPr="00F47060" w:rsidRDefault="00F47060">
      <w:pPr>
        <w:spacing w:after="0" w:line="168" w:lineRule="auto"/>
        <w:rPr>
          <w:sz w:val="24"/>
          <w:szCs w:val="24"/>
        </w:rPr>
      </w:pPr>
    </w:p>
    <w:p w:rsidR="00924E67" w:rsidRPr="00F47060" w:rsidRDefault="00000000">
      <w:pPr>
        <w:spacing w:after="24" w:line="228" w:lineRule="auto"/>
        <w:rPr>
          <w:sz w:val="24"/>
          <w:szCs w:val="24"/>
        </w:rPr>
      </w:pPr>
      <w:r w:rsidRPr="00F47060">
        <w:rPr>
          <w:b/>
          <w:sz w:val="24"/>
          <w:szCs w:val="24"/>
        </w:rPr>
        <w:t>A Career Built Around Preparation, People, and Details</w:t>
      </w:r>
    </w:p>
    <w:p w:rsidR="00924E67" w:rsidRPr="00F47060" w:rsidRDefault="00000000">
      <w:pPr>
        <w:spacing w:after="24" w:line="228" w:lineRule="auto"/>
        <w:rPr>
          <w:sz w:val="24"/>
          <w:szCs w:val="24"/>
        </w:rPr>
      </w:pPr>
      <w:r w:rsidRPr="00F47060">
        <w:rPr>
          <w:sz w:val="24"/>
          <w:szCs w:val="24"/>
        </w:rPr>
        <w:t>John F. Heinz is the founder and Managing Director of Prismark Signature Services, a Los Angeles-based mobile notary and document signing company serving individuals, families, attorneys, escrow professionals, businesses, and clients with domestic and international document needs.</w:t>
      </w:r>
    </w:p>
    <w:p w:rsidR="00F47060" w:rsidRPr="00F47060" w:rsidRDefault="00F47060">
      <w:pPr>
        <w:spacing w:after="0" w:line="168" w:lineRule="auto"/>
        <w:rPr>
          <w:sz w:val="24"/>
          <w:szCs w:val="24"/>
        </w:rPr>
      </w:pPr>
    </w:p>
    <w:p w:rsidR="00924E67" w:rsidRPr="006E1B10" w:rsidRDefault="00000000">
      <w:pPr>
        <w:spacing w:after="24" w:line="228" w:lineRule="auto"/>
        <w:rPr>
          <w:sz w:val="24"/>
          <w:szCs w:val="24"/>
        </w:rPr>
      </w:pPr>
      <w:r w:rsidRPr="006E1B10">
        <w:rPr>
          <w:sz w:val="24"/>
          <w:szCs w:val="24"/>
        </w:rPr>
        <w:t>Before founding Prismark Signature Services, John spent nearly four decades in television as a producer, writer, and director. His career took him from London and Paris to New York City, Hollywood, and locations around the world, in environments where preparation, discretion, communication, and deadlines mattered.</w:t>
      </w:r>
    </w:p>
    <w:p w:rsidR="00F47060" w:rsidRPr="00F47060" w:rsidRDefault="00F47060">
      <w:pPr>
        <w:spacing w:after="0" w:line="168" w:lineRule="auto"/>
        <w:rPr>
          <w:sz w:val="24"/>
          <w:szCs w:val="24"/>
        </w:rPr>
      </w:pPr>
    </w:p>
    <w:p w:rsidR="00924E67" w:rsidRPr="00F47060" w:rsidRDefault="00000000">
      <w:pPr>
        <w:spacing w:after="24" w:line="228" w:lineRule="auto"/>
        <w:rPr>
          <w:sz w:val="24"/>
          <w:szCs w:val="24"/>
        </w:rPr>
      </w:pPr>
      <w:r w:rsidRPr="00F47060">
        <w:rPr>
          <w:b/>
          <w:sz w:val="24"/>
          <w:szCs w:val="24"/>
        </w:rPr>
        <w:t>From New York City to the Television Industry</w:t>
      </w:r>
    </w:p>
    <w:p w:rsidR="00F47060" w:rsidRDefault="00000000">
      <w:pPr>
        <w:spacing w:after="24" w:line="228" w:lineRule="auto"/>
        <w:rPr>
          <w:sz w:val="24"/>
          <w:szCs w:val="24"/>
        </w:rPr>
      </w:pPr>
      <w:r w:rsidRPr="00F47060">
        <w:rPr>
          <w:sz w:val="24"/>
          <w:szCs w:val="24"/>
        </w:rPr>
        <w:t>After earning a business degree in Finance</w:t>
      </w:r>
      <w:r w:rsidR="00F47060">
        <w:rPr>
          <w:sz w:val="24"/>
          <w:szCs w:val="24"/>
        </w:rPr>
        <w:t xml:space="preserve"> from Indiana University</w:t>
      </w:r>
      <w:r w:rsidRPr="00F47060">
        <w:rPr>
          <w:sz w:val="24"/>
          <w:szCs w:val="24"/>
        </w:rPr>
        <w:t xml:space="preserve">, John headed to London and Paris to complete his studies before relocating to New York City to begin his career in television production. </w:t>
      </w:r>
    </w:p>
    <w:p w:rsidR="00F47060" w:rsidRDefault="00F47060">
      <w:pPr>
        <w:spacing w:after="0" w:line="168" w:lineRule="auto"/>
        <w:rPr>
          <w:sz w:val="24"/>
          <w:szCs w:val="24"/>
        </w:rPr>
      </w:pPr>
    </w:p>
    <w:p w:rsidR="00924E67" w:rsidRPr="006E1B10" w:rsidRDefault="00000000">
      <w:pPr>
        <w:spacing w:after="24" w:line="228" w:lineRule="auto"/>
        <w:rPr>
          <w:sz w:val="24"/>
          <w:szCs w:val="24"/>
        </w:rPr>
      </w:pPr>
      <w:r w:rsidRPr="006E1B10">
        <w:rPr>
          <w:sz w:val="24"/>
          <w:szCs w:val="24"/>
        </w:rPr>
        <w:t>In New York, he worked in film and television, from motion picture distribution at Cannon Films to the French Film Office, MTV, VH-1, and Nickelodeon.</w:t>
      </w:r>
    </w:p>
    <w:p w:rsidR="00F47060" w:rsidRPr="006E1B10" w:rsidRDefault="00F47060">
      <w:pPr>
        <w:spacing w:after="0" w:line="168" w:lineRule="auto"/>
        <w:rPr>
          <w:sz w:val="24"/>
          <w:szCs w:val="24"/>
        </w:rPr>
      </w:pPr>
    </w:p>
    <w:p w:rsidR="00F47060" w:rsidRDefault="00000000">
      <w:pPr>
        <w:spacing w:after="24" w:line="228" w:lineRule="auto"/>
        <w:rPr>
          <w:sz w:val="24"/>
          <w:szCs w:val="24"/>
        </w:rPr>
      </w:pPr>
      <w:r w:rsidRPr="00F47060">
        <w:rPr>
          <w:sz w:val="24"/>
          <w:szCs w:val="24"/>
        </w:rPr>
        <w:t>He later spent more than 10 years producing educational television for Channel One News, writing and producing long-form documentary-style stories and live television while working across time zones. Assignments took him across the United States and around the world - from the South Pole to Santa Fe, Cuba to Chernobyl, Moscow to Maine.</w:t>
      </w:r>
    </w:p>
    <w:p w:rsidR="00F47060" w:rsidRDefault="00F47060">
      <w:pPr>
        <w:spacing w:after="0" w:line="168" w:lineRule="auto"/>
        <w:rPr>
          <w:sz w:val="24"/>
          <w:szCs w:val="24"/>
        </w:rPr>
      </w:pPr>
    </w:p>
    <w:p w:rsidR="00924E67" w:rsidRDefault="00000000">
      <w:pPr>
        <w:spacing w:after="24" w:line="228" w:lineRule="auto"/>
        <w:rPr>
          <w:sz w:val="24"/>
          <w:szCs w:val="24"/>
        </w:rPr>
      </w:pPr>
      <w:r w:rsidRPr="00F47060">
        <w:rPr>
          <w:sz w:val="24"/>
          <w:szCs w:val="24"/>
        </w:rPr>
        <w:t>The work included challenging international and politically sensitive environments, where preparation, judgment, adaptability, and clear communication mattered.</w:t>
      </w:r>
    </w:p>
    <w:p w:rsidR="00F47060" w:rsidRPr="00F47060" w:rsidRDefault="00F47060">
      <w:pPr>
        <w:spacing w:after="0" w:line="168" w:lineRule="auto"/>
        <w:rPr>
          <w:sz w:val="24"/>
          <w:szCs w:val="24"/>
        </w:rPr>
      </w:pPr>
    </w:p>
    <w:p w:rsidR="00924E67" w:rsidRDefault="00000000">
      <w:pPr>
        <w:spacing w:after="24" w:line="228" w:lineRule="auto"/>
        <w:rPr>
          <w:sz w:val="24"/>
          <w:szCs w:val="24"/>
        </w:rPr>
      </w:pPr>
      <w:r w:rsidRPr="00F47060">
        <w:rPr>
          <w:sz w:val="24"/>
          <w:szCs w:val="24"/>
        </w:rPr>
        <w:t xml:space="preserve">Among the journalists and television personalities he worked with </w:t>
      </w:r>
      <w:r w:rsidR="006E1B10">
        <w:rPr>
          <w:sz w:val="24"/>
          <w:szCs w:val="24"/>
        </w:rPr>
        <w:t>in news</w:t>
      </w:r>
      <w:r w:rsidRPr="00F47060">
        <w:rPr>
          <w:sz w:val="24"/>
          <w:szCs w:val="24"/>
        </w:rPr>
        <w:t xml:space="preserve"> were Anderson Cooper, Lisa Ling, Monica Novotny, and Tracy Smith.</w:t>
      </w:r>
    </w:p>
    <w:p w:rsidR="00F47060" w:rsidRPr="00F47060" w:rsidRDefault="00F47060">
      <w:pPr>
        <w:spacing w:after="0" w:line="168" w:lineRule="auto"/>
        <w:rPr>
          <w:sz w:val="24"/>
          <w:szCs w:val="24"/>
        </w:rPr>
      </w:pPr>
    </w:p>
    <w:p w:rsidR="00924E67" w:rsidRDefault="00000000">
      <w:pPr>
        <w:spacing w:after="24" w:line="228" w:lineRule="auto"/>
        <w:rPr>
          <w:sz w:val="24"/>
          <w:szCs w:val="24"/>
        </w:rPr>
      </w:pPr>
      <w:r w:rsidRPr="00F47060">
        <w:rPr>
          <w:sz w:val="24"/>
          <w:szCs w:val="24"/>
        </w:rPr>
        <w:t>John also produced and directed programming for The Discovery Channel, The Learning Channel, and Food Network, adding to a career that crossed educational television, cable networks, syndicated programming, and network television.</w:t>
      </w:r>
    </w:p>
    <w:p w:rsidR="006E1B10" w:rsidRDefault="006E1B10">
      <w:pPr>
        <w:spacing w:after="0" w:line="168" w:lineRule="auto"/>
        <w:rPr>
          <w:sz w:val="24"/>
          <w:szCs w:val="24"/>
        </w:rPr>
      </w:pPr>
    </w:p>
    <w:p w:rsidR="006E1B10" w:rsidRDefault="006E1B10">
      <w:pPr>
        <w:spacing w:after="0" w:line="168" w:lineRule="auto"/>
        <w:rPr>
          <w:sz w:val="24"/>
          <w:szCs w:val="24"/>
        </w:rPr>
      </w:pPr>
    </w:p>
    <w:p w:rsidR="006E1B10" w:rsidRDefault="006E1B10">
      <w:pPr>
        <w:spacing w:after="0" w:line="168" w:lineRule="auto"/>
        <w:rPr>
          <w:sz w:val="24"/>
          <w:szCs w:val="24"/>
        </w:rPr>
      </w:pPr>
    </w:p>
    <w:p w:rsidR="00F47060" w:rsidRPr="00F47060" w:rsidRDefault="00F47060">
      <w:pPr>
        <w:spacing w:after="0" w:line="168" w:lineRule="auto"/>
        <w:rPr>
          <w:sz w:val="24"/>
          <w:szCs w:val="24"/>
        </w:rPr>
      </w:pPr>
    </w:p>
    <w:p w:rsidR="00924E67" w:rsidRPr="00F47060" w:rsidRDefault="00000000">
      <w:pPr>
        <w:spacing w:after="24" w:line="228" w:lineRule="auto"/>
        <w:rPr>
          <w:sz w:val="24"/>
          <w:szCs w:val="24"/>
        </w:rPr>
      </w:pPr>
      <w:r w:rsidRPr="00F47060">
        <w:rPr>
          <w:b/>
          <w:sz w:val="24"/>
          <w:szCs w:val="24"/>
        </w:rPr>
        <w:t>20+ Years as a DGA Director at CBS</w:t>
      </w:r>
    </w:p>
    <w:p w:rsidR="00924E67" w:rsidRDefault="00000000">
      <w:pPr>
        <w:spacing w:after="24" w:line="228" w:lineRule="auto"/>
        <w:rPr>
          <w:sz w:val="24"/>
          <w:szCs w:val="24"/>
        </w:rPr>
      </w:pPr>
      <w:r w:rsidRPr="00F47060">
        <w:rPr>
          <w:sz w:val="24"/>
          <w:szCs w:val="24"/>
        </w:rPr>
        <w:t>John went on to spend more than two decades as a Directors Guild of America director for CBS television, working on the Paramount Pictures lot in Hollywood, including 20 years on Dr. Phil.</w:t>
      </w:r>
    </w:p>
    <w:p w:rsidR="006E1B10" w:rsidRPr="00F47060" w:rsidRDefault="006E1B10">
      <w:pPr>
        <w:spacing w:after="0" w:line="168" w:lineRule="auto"/>
        <w:rPr>
          <w:sz w:val="24"/>
          <w:szCs w:val="24"/>
        </w:rPr>
      </w:pPr>
    </w:p>
    <w:p w:rsidR="00924E67" w:rsidRPr="006E1B10" w:rsidRDefault="00000000">
      <w:pPr>
        <w:spacing w:after="24" w:line="228" w:lineRule="auto"/>
        <w:rPr>
          <w:sz w:val="24"/>
          <w:szCs w:val="24"/>
        </w:rPr>
      </w:pPr>
      <w:r w:rsidRPr="006E1B10">
        <w:rPr>
          <w:sz w:val="24"/>
          <w:szCs w:val="24"/>
        </w:rPr>
        <w:t xml:space="preserve">More than two decades in fast-paced corporate and network television required John to coordinate people and complex logistics, communicate clearly with executives, production </w:t>
      </w:r>
      <w:r w:rsidRPr="006E1B10">
        <w:rPr>
          <w:sz w:val="24"/>
          <w:szCs w:val="24"/>
        </w:rPr>
        <w:lastRenderedPageBreak/>
        <w:t>teams, and guests, protect confidentiality, adapt quickly, and deliver under demanding deadlines with little room for error.</w:t>
      </w:r>
    </w:p>
    <w:p w:rsidR="00F47060" w:rsidRPr="00F47060" w:rsidRDefault="00F47060">
      <w:pPr>
        <w:spacing w:after="0" w:line="168" w:lineRule="auto"/>
        <w:rPr>
          <w:sz w:val="24"/>
          <w:szCs w:val="24"/>
        </w:rPr>
      </w:pPr>
    </w:p>
    <w:p w:rsidR="00924E67" w:rsidRDefault="00000000">
      <w:pPr>
        <w:spacing w:after="24" w:line="228" w:lineRule="auto"/>
        <w:rPr>
          <w:sz w:val="24"/>
          <w:szCs w:val="24"/>
        </w:rPr>
      </w:pPr>
      <w:r w:rsidRPr="00F47060">
        <w:rPr>
          <w:sz w:val="24"/>
          <w:szCs w:val="24"/>
        </w:rPr>
        <w:t>Those are many of the same qualities John brings to every Prismark assignment today: professionalism, discretion, careful preparation, clear communication, attention to detail, and the ability to remain calm when an important transaction has to be completed correctly and on time.</w:t>
      </w:r>
    </w:p>
    <w:p w:rsidR="00F47060" w:rsidRPr="00F47060" w:rsidRDefault="00F47060">
      <w:pPr>
        <w:spacing w:after="0" w:line="168" w:lineRule="auto"/>
        <w:rPr>
          <w:sz w:val="24"/>
          <w:szCs w:val="24"/>
        </w:rPr>
      </w:pPr>
    </w:p>
    <w:p w:rsidR="00924E67" w:rsidRPr="00F47060" w:rsidRDefault="00000000">
      <w:pPr>
        <w:spacing w:after="24" w:line="228" w:lineRule="auto"/>
        <w:rPr>
          <w:sz w:val="24"/>
          <w:szCs w:val="24"/>
        </w:rPr>
      </w:pPr>
      <w:r w:rsidRPr="00F47060">
        <w:rPr>
          <w:b/>
          <w:sz w:val="24"/>
          <w:szCs w:val="24"/>
        </w:rPr>
        <w:t>A World of Experience Behind Every Assignment</w:t>
      </w:r>
    </w:p>
    <w:p w:rsidR="00F47060" w:rsidRDefault="00000000">
      <w:pPr>
        <w:spacing w:after="24" w:line="228" w:lineRule="auto"/>
        <w:rPr>
          <w:sz w:val="24"/>
          <w:szCs w:val="24"/>
        </w:rPr>
      </w:pPr>
      <w:r w:rsidRPr="00F47060">
        <w:rPr>
          <w:sz w:val="24"/>
          <w:szCs w:val="24"/>
        </w:rPr>
        <w:t xml:space="preserve">Working across continents, cultures, and time zones taught John how to navigate unfamiliar environments, manage complicated logistics, communicate with people from remarkably different backgrounds, and remain focused when circumstances changed without warning. </w:t>
      </w:r>
    </w:p>
    <w:p w:rsidR="00F47060" w:rsidRDefault="00F47060">
      <w:pPr>
        <w:spacing w:after="0" w:line="168" w:lineRule="auto"/>
        <w:rPr>
          <w:sz w:val="24"/>
          <w:szCs w:val="24"/>
        </w:rPr>
      </w:pPr>
    </w:p>
    <w:p w:rsidR="00924E67" w:rsidRDefault="00000000">
      <w:pPr>
        <w:spacing w:after="24" w:line="228" w:lineRule="auto"/>
        <w:rPr>
          <w:sz w:val="24"/>
          <w:szCs w:val="24"/>
        </w:rPr>
      </w:pPr>
      <w:r w:rsidRPr="00F47060">
        <w:rPr>
          <w:sz w:val="24"/>
          <w:szCs w:val="24"/>
        </w:rPr>
        <w:t>Whether in a network television studio, on a remote assignment, or working in war zones and other challenging international settings, the expectation was the same: be prepared, remain calm, solve problems, and deliver.</w:t>
      </w:r>
    </w:p>
    <w:p w:rsidR="00F47060" w:rsidRPr="00F47060" w:rsidRDefault="00F47060">
      <w:pPr>
        <w:spacing w:after="0" w:line="168" w:lineRule="auto"/>
        <w:rPr>
          <w:sz w:val="24"/>
          <w:szCs w:val="24"/>
        </w:rPr>
      </w:pPr>
    </w:p>
    <w:p w:rsidR="00924E67" w:rsidRDefault="00000000">
      <w:pPr>
        <w:spacing w:after="24" w:line="228" w:lineRule="auto"/>
        <w:rPr>
          <w:sz w:val="24"/>
          <w:szCs w:val="24"/>
        </w:rPr>
      </w:pPr>
      <w:r w:rsidRPr="00F47060">
        <w:rPr>
          <w:sz w:val="24"/>
          <w:szCs w:val="24"/>
        </w:rPr>
        <w:t>Today, he brings that world of knowledge and professional experience to Prismark Signature Services. A real estate closing, estate planning package, hospital signing, jail or detention assignment, or international document request may be unfamiliar or stressful to the client. John approaches it with the same discipline that guided his television career: prepare carefully, communicate clearly, anticipate problems, and get the details right.</w:t>
      </w:r>
    </w:p>
    <w:p w:rsidR="00F47060" w:rsidRPr="00F47060" w:rsidRDefault="00F47060">
      <w:pPr>
        <w:spacing w:after="0" w:line="168" w:lineRule="auto"/>
        <w:rPr>
          <w:sz w:val="24"/>
          <w:szCs w:val="24"/>
        </w:rPr>
      </w:pPr>
    </w:p>
    <w:p w:rsidR="00924E67" w:rsidRPr="00F47060" w:rsidRDefault="00000000">
      <w:pPr>
        <w:spacing w:after="24" w:line="228" w:lineRule="auto"/>
        <w:rPr>
          <w:sz w:val="24"/>
          <w:szCs w:val="24"/>
        </w:rPr>
      </w:pPr>
      <w:r w:rsidRPr="00F47060">
        <w:rPr>
          <w:b/>
          <w:sz w:val="24"/>
          <w:szCs w:val="24"/>
        </w:rPr>
        <w:t>A Second Career in Professional Document Services</w:t>
      </w:r>
    </w:p>
    <w:p w:rsidR="00924E67" w:rsidRDefault="00000000">
      <w:pPr>
        <w:spacing w:after="24" w:line="228" w:lineRule="auto"/>
        <w:rPr>
          <w:sz w:val="24"/>
          <w:szCs w:val="24"/>
        </w:rPr>
      </w:pPr>
      <w:r w:rsidRPr="00F47060">
        <w:rPr>
          <w:sz w:val="24"/>
          <w:szCs w:val="24"/>
        </w:rPr>
        <w:t xml:space="preserve">After </w:t>
      </w:r>
      <w:r w:rsidR="00F47060">
        <w:rPr>
          <w:sz w:val="24"/>
          <w:szCs w:val="24"/>
        </w:rPr>
        <w:t>nearly 40</w:t>
      </w:r>
      <w:r w:rsidRPr="00F47060">
        <w:rPr>
          <w:sz w:val="24"/>
          <w:szCs w:val="24"/>
        </w:rPr>
        <w:t xml:space="preserve"> years in television, John did not leave behind the professional standards of his first career. He brought them with him.</w:t>
      </w:r>
    </w:p>
    <w:p w:rsidR="00F47060" w:rsidRPr="00F47060" w:rsidRDefault="00F47060">
      <w:pPr>
        <w:spacing w:after="0" w:line="168" w:lineRule="auto"/>
        <w:rPr>
          <w:sz w:val="24"/>
          <w:szCs w:val="24"/>
        </w:rPr>
      </w:pPr>
    </w:p>
    <w:p w:rsidR="00F47060" w:rsidRDefault="00000000">
      <w:pPr>
        <w:spacing w:after="24" w:line="228" w:lineRule="auto"/>
        <w:rPr>
          <w:sz w:val="24"/>
          <w:szCs w:val="24"/>
        </w:rPr>
      </w:pPr>
      <w:r w:rsidRPr="00F47060">
        <w:rPr>
          <w:sz w:val="24"/>
          <w:szCs w:val="24"/>
        </w:rPr>
        <w:t xml:space="preserve">Prismark Signature Services was built around the idea that an important document signing should feel organized, professional, and under control. </w:t>
      </w:r>
    </w:p>
    <w:p w:rsidR="00F47060" w:rsidRDefault="00F47060">
      <w:pPr>
        <w:spacing w:after="0" w:line="168" w:lineRule="auto"/>
        <w:rPr>
          <w:sz w:val="24"/>
          <w:szCs w:val="24"/>
        </w:rPr>
      </w:pPr>
    </w:p>
    <w:p w:rsidR="00924E67" w:rsidRDefault="00000000">
      <w:pPr>
        <w:spacing w:after="24" w:line="228" w:lineRule="auto"/>
        <w:rPr>
          <w:sz w:val="24"/>
          <w:szCs w:val="24"/>
        </w:rPr>
      </w:pPr>
      <w:r w:rsidRPr="00F47060">
        <w:rPr>
          <w:sz w:val="24"/>
          <w:szCs w:val="24"/>
        </w:rPr>
        <w:t>Whether assisting an escrow company with a real estate closing, supporting an attorney and client with an estate planning signing, meeting a family at a hospital or private residence, coordinating a jail or detention signing, or handling documents that require apostille authentication for use abroad, the objective is the same: make a complicated or important transaction easier for the client.</w:t>
      </w:r>
    </w:p>
    <w:p w:rsidR="00F47060" w:rsidRPr="00F47060" w:rsidRDefault="00F47060">
      <w:pPr>
        <w:spacing w:after="0" w:line="168" w:lineRule="auto"/>
        <w:rPr>
          <w:sz w:val="24"/>
          <w:szCs w:val="24"/>
        </w:rPr>
      </w:pPr>
    </w:p>
    <w:p w:rsidR="00924E67" w:rsidRPr="00F47060" w:rsidRDefault="00000000">
      <w:pPr>
        <w:spacing w:after="24" w:line="228" w:lineRule="auto"/>
        <w:rPr>
          <w:sz w:val="24"/>
          <w:szCs w:val="24"/>
        </w:rPr>
      </w:pPr>
      <w:r w:rsidRPr="00F47060">
        <w:rPr>
          <w:b/>
          <w:sz w:val="24"/>
          <w:szCs w:val="24"/>
        </w:rPr>
        <w:t>Experience and Professional Credentials</w:t>
      </w:r>
    </w:p>
    <w:p w:rsidR="006E1B10" w:rsidRDefault="00000000">
      <w:pPr>
        <w:spacing w:after="24" w:line="228" w:lineRule="auto"/>
        <w:rPr>
          <w:sz w:val="24"/>
          <w:szCs w:val="24"/>
        </w:rPr>
      </w:pPr>
      <w:r w:rsidRPr="00F47060">
        <w:rPr>
          <w:sz w:val="24"/>
          <w:szCs w:val="24"/>
        </w:rPr>
        <w:t>John has completed hundreds of real estate and private-client signing assignments throughout Los Angeles and beyond.</w:t>
      </w:r>
    </w:p>
    <w:p w:rsidR="006E1B10" w:rsidRDefault="006E1B10">
      <w:pPr>
        <w:spacing w:after="0" w:line="168" w:lineRule="auto"/>
        <w:rPr>
          <w:sz w:val="24"/>
          <w:szCs w:val="24"/>
        </w:rPr>
      </w:pPr>
    </w:p>
    <w:p w:rsidR="00924E67" w:rsidRDefault="00000000">
      <w:pPr>
        <w:spacing w:after="24" w:line="228" w:lineRule="auto"/>
        <w:rPr>
          <w:sz w:val="24"/>
          <w:szCs w:val="24"/>
        </w:rPr>
      </w:pPr>
      <w:r w:rsidRPr="00F47060">
        <w:rPr>
          <w:sz w:val="24"/>
          <w:szCs w:val="24"/>
        </w:rPr>
        <w:t>His work includes mobile notary services, complex loan and real estate signings, attorney-prepared trust and estate planning packages, apostille and document authentication, hospital and healthcare notarizations, jail and detention signings, and other specialized document services.</w:t>
      </w:r>
    </w:p>
    <w:p w:rsidR="00F47060" w:rsidRPr="00F47060" w:rsidRDefault="00F47060">
      <w:pPr>
        <w:spacing w:after="0" w:line="168" w:lineRule="auto"/>
        <w:rPr>
          <w:sz w:val="24"/>
          <w:szCs w:val="24"/>
        </w:rPr>
      </w:pPr>
    </w:p>
    <w:p w:rsidR="00924E67" w:rsidRPr="00F47060" w:rsidRDefault="00000000">
      <w:pPr>
        <w:spacing w:after="24" w:line="228" w:lineRule="auto"/>
        <w:rPr>
          <w:sz w:val="24"/>
          <w:szCs w:val="24"/>
        </w:rPr>
      </w:pPr>
      <w:r w:rsidRPr="00F47060">
        <w:rPr>
          <w:sz w:val="24"/>
          <w:szCs w:val="24"/>
        </w:rPr>
        <w:t>His professional credentials and training include:</w:t>
      </w:r>
    </w:p>
    <w:p w:rsidR="00924E67" w:rsidRPr="00F47060" w:rsidRDefault="00000000">
      <w:pPr>
        <w:pStyle w:val="ListBullet"/>
        <w:spacing w:after="24" w:line="228" w:lineRule="auto"/>
        <w:rPr>
          <w:sz w:val="24"/>
          <w:szCs w:val="24"/>
        </w:rPr>
      </w:pPr>
      <w:r w:rsidRPr="00F47060">
        <w:rPr>
          <w:sz w:val="24"/>
          <w:szCs w:val="24"/>
        </w:rPr>
        <w:t>200+ five-star Google reviews earned by Prismark Signature Services.</w:t>
      </w:r>
    </w:p>
    <w:p w:rsidR="00924E67" w:rsidRPr="00F47060" w:rsidRDefault="00000000">
      <w:pPr>
        <w:pStyle w:val="ListBullet"/>
        <w:spacing w:after="24" w:line="228" w:lineRule="auto"/>
        <w:rPr>
          <w:sz w:val="24"/>
          <w:szCs w:val="24"/>
        </w:rPr>
      </w:pPr>
      <w:r w:rsidRPr="00F47060">
        <w:rPr>
          <w:sz w:val="24"/>
          <w:szCs w:val="24"/>
        </w:rPr>
        <w:t>Hundreds of completed real estate and private-client signing assignments.</w:t>
      </w:r>
    </w:p>
    <w:p w:rsidR="00924E67" w:rsidRPr="00F47060" w:rsidRDefault="00000000">
      <w:pPr>
        <w:pStyle w:val="ListBullet"/>
        <w:spacing w:after="24" w:line="228" w:lineRule="auto"/>
        <w:rPr>
          <w:sz w:val="24"/>
          <w:szCs w:val="24"/>
        </w:rPr>
      </w:pPr>
      <w:r w:rsidRPr="00F47060">
        <w:rPr>
          <w:sz w:val="24"/>
          <w:szCs w:val="24"/>
        </w:rPr>
        <w:t>$1 million in Errors &amp; Omissions (E&amp;O) insurance.</w:t>
      </w:r>
    </w:p>
    <w:p w:rsidR="00924E67" w:rsidRPr="00F47060" w:rsidRDefault="00000000">
      <w:pPr>
        <w:pStyle w:val="ListBullet"/>
        <w:spacing w:after="24" w:line="228" w:lineRule="auto"/>
        <w:rPr>
          <w:sz w:val="24"/>
          <w:szCs w:val="24"/>
        </w:rPr>
      </w:pPr>
      <w:r w:rsidRPr="00F47060">
        <w:rPr>
          <w:sz w:val="24"/>
          <w:szCs w:val="24"/>
        </w:rPr>
        <w:t>Specialized trust delivery and estate planning signing training.</w:t>
      </w:r>
    </w:p>
    <w:p w:rsidR="00924E67" w:rsidRPr="00F47060" w:rsidRDefault="00000000">
      <w:pPr>
        <w:pStyle w:val="ListBullet"/>
        <w:spacing w:after="24" w:line="228" w:lineRule="auto"/>
        <w:rPr>
          <w:sz w:val="24"/>
          <w:szCs w:val="24"/>
        </w:rPr>
      </w:pPr>
      <w:r w:rsidRPr="00F47060">
        <w:rPr>
          <w:sz w:val="24"/>
          <w:szCs w:val="24"/>
        </w:rPr>
        <w:t>Advanced apostille and document authentication training.</w:t>
      </w:r>
    </w:p>
    <w:p w:rsidR="00924E67" w:rsidRPr="00F47060" w:rsidRDefault="00000000">
      <w:pPr>
        <w:pStyle w:val="ListBullet"/>
        <w:spacing w:after="24" w:line="228" w:lineRule="auto"/>
        <w:rPr>
          <w:sz w:val="24"/>
          <w:szCs w:val="24"/>
        </w:rPr>
      </w:pPr>
      <w:r w:rsidRPr="00F47060">
        <w:rPr>
          <w:sz w:val="24"/>
          <w:szCs w:val="24"/>
        </w:rPr>
        <w:t>Loan Signing System (LSS) Professional training.</w:t>
      </w:r>
    </w:p>
    <w:p w:rsidR="00924E67" w:rsidRDefault="00000000">
      <w:pPr>
        <w:pStyle w:val="ListBullet"/>
        <w:spacing w:after="24" w:line="228" w:lineRule="auto"/>
        <w:rPr>
          <w:sz w:val="24"/>
          <w:szCs w:val="24"/>
        </w:rPr>
      </w:pPr>
      <w:r w:rsidRPr="00F47060">
        <w:rPr>
          <w:sz w:val="24"/>
          <w:szCs w:val="24"/>
        </w:rPr>
        <w:t>Notary2Pro Elite training.</w:t>
      </w:r>
    </w:p>
    <w:p w:rsidR="00F47060" w:rsidRPr="00F47060" w:rsidRDefault="00F47060">
      <w:pPr>
        <w:pStyle w:val="ListBullet"/>
        <w:spacing w:after="24" w:line="228" w:lineRule="auto"/>
        <w:rPr>
          <w:sz w:val="24"/>
          <w:szCs w:val="24"/>
        </w:rPr>
      </w:pPr>
      <w:r>
        <w:rPr>
          <w:sz w:val="24"/>
          <w:szCs w:val="24"/>
        </w:rPr>
        <w:t>Certified Apostille Agent (CAA) training.</w:t>
      </w:r>
    </w:p>
    <w:p w:rsidR="00924E67" w:rsidRPr="00F47060" w:rsidRDefault="00000000">
      <w:pPr>
        <w:pStyle w:val="ListBullet"/>
        <w:spacing w:after="24" w:line="228" w:lineRule="auto"/>
        <w:rPr>
          <w:sz w:val="24"/>
          <w:szCs w:val="24"/>
        </w:rPr>
      </w:pPr>
      <w:r w:rsidRPr="00F47060">
        <w:rPr>
          <w:sz w:val="24"/>
          <w:szCs w:val="24"/>
        </w:rPr>
        <w:t>National Notary Association (NNA) Certified Notary Signing Agent and background screened.</w:t>
      </w:r>
    </w:p>
    <w:p w:rsidR="00924E67" w:rsidRDefault="00000000">
      <w:pPr>
        <w:pStyle w:val="ListBullet"/>
        <w:spacing w:after="24" w:line="228" w:lineRule="auto"/>
        <w:rPr>
          <w:sz w:val="24"/>
          <w:szCs w:val="24"/>
        </w:rPr>
      </w:pPr>
      <w:r w:rsidRPr="00F47060">
        <w:rPr>
          <w:sz w:val="24"/>
          <w:szCs w:val="24"/>
        </w:rPr>
        <w:t>California commissioned and bonded Notary Public.</w:t>
      </w:r>
    </w:p>
    <w:p w:rsidR="00924E67" w:rsidRDefault="00000000">
      <w:pPr>
        <w:pStyle w:val="ListBullet"/>
        <w:spacing w:after="24" w:line="228" w:lineRule="auto"/>
        <w:rPr>
          <w:sz w:val="24"/>
          <w:szCs w:val="24"/>
        </w:rPr>
      </w:pPr>
      <w:r w:rsidRPr="00F47060">
        <w:rPr>
          <w:sz w:val="24"/>
          <w:szCs w:val="24"/>
        </w:rPr>
        <w:t>Member of the California League of Independent Notaries (CLIN).</w:t>
      </w:r>
    </w:p>
    <w:p w:rsidR="00924E67" w:rsidRDefault="00000000">
      <w:pPr>
        <w:pStyle w:val="ListBullet"/>
        <w:spacing w:after="24" w:line="228" w:lineRule="auto"/>
        <w:rPr>
          <w:sz w:val="24"/>
          <w:szCs w:val="24"/>
        </w:rPr>
      </w:pPr>
      <w:r w:rsidRPr="00F47060">
        <w:rPr>
          <w:sz w:val="24"/>
          <w:szCs w:val="24"/>
        </w:rPr>
        <w:lastRenderedPageBreak/>
        <w:t>Member of the Los Angeles LGBTQ Chamber of Commerce (LAGLCC).</w:t>
      </w:r>
    </w:p>
    <w:p w:rsidR="00F47060" w:rsidRPr="00F47060" w:rsidRDefault="00F47060" w:rsidP="00F47060">
      <w:pPr>
        <w:pStyle w:val="ListBullet"/>
        <w:numPr>
          <w:ilvl w:val="0"/>
          <w:numId w:val="0"/>
        </w:numPr>
        <w:spacing w:after="0" w:line="168" w:lineRule="auto"/>
        <w:ind w:left="360"/>
        <w:rPr>
          <w:sz w:val="24"/>
          <w:szCs w:val="24"/>
        </w:rPr>
      </w:pPr>
    </w:p>
    <w:p w:rsidR="00924E67" w:rsidRPr="00F47060" w:rsidRDefault="00000000">
      <w:pPr>
        <w:spacing w:after="24" w:line="228" w:lineRule="auto"/>
        <w:rPr>
          <w:sz w:val="24"/>
          <w:szCs w:val="24"/>
        </w:rPr>
      </w:pPr>
      <w:r w:rsidRPr="00F47060">
        <w:rPr>
          <w:b/>
          <w:sz w:val="24"/>
          <w:szCs w:val="24"/>
        </w:rPr>
        <w:t>Working With People When the Details Matter</w:t>
      </w:r>
    </w:p>
    <w:p w:rsidR="00924E67" w:rsidRPr="006E1B10" w:rsidRDefault="00000000">
      <w:pPr>
        <w:spacing w:after="24" w:line="228" w:lineRule="auto"/>
        <w:rPr>
          <w:sz w:val="24"/>
          <w:szCs w:val="24"/>
        </w:rPr>
      </w:pPr>
      <w:r w:rsidRPr="006E1B10">
        <w:rPr>
          <w:sz w:val="24"/>
          <w:szCs w:val="24"/>
        </w:rPr>
        <w:t>Television and professional document services may seem like very different careers, but the connection is clear.</w:t>
      </w:r>
    </w:p>
    <w:p w:rsidR="00F47060" w:rsidRPr="006E1B10" w:rsidRDefault="00F47060">
      <w:pPr>
        <w:spacing w:after="0" w:line="168" w:lineRule="auto"/>
        <w:rPr>
          <w:sz w:val="24"/>
          <w:szCs w:val="24"/>
        </w:rPr>
      </w:pPr>
    </w:p>
    <w:p w:rsidR="006E1B10" w:rsidRDefault="00000000">
      <w:pPr>
        <w:spacing w:after="24" w:line="228" w:lineRule="auto"/>
        <w:rPr>
          <w:sz w:val="24"/>
          <w:szCs w:val="24"/>
        </w:rPr>
      </w:pPr>
      <w:r w:rsidRPr="00F47060">
        <w:rPr>
          <w:sz w:val="24"/>
          <w:szCs w:val="24"/>
        </w:rPr>
        <w:t xml:space="preserve">Both require preparation before arriving. Both require working comfortably with people from very different backgrounds. Both involve schedules, confidential information, unexpected problems, and details that cannot simply be ignored. </w:t>
      </w:r>
    </w:p>
    <w:p w:rsidR="006E1B10" w:rsidRDefault="006E1B10">
      <w:pPr>
        <w:spacing w:after="0" w:line="168" w:lineRule="auto"/>
        <w:rPr>
          <w:sz w:val="24"/>
          <w:szCs w:val="24"/>
        </w:rPr>
      </w:pPr>
    </w:p>
    <w:p w:rsidR="00924E67" w:rsidRDefault="00000000">
      <w:pPr>
        <w:spacing w:after="24" w:line="228" w:lineRule="auto"/>
        <w:rPr>
          <w:sz w:val="24"/>
          <w:szCs w:val="24"/>
        </w:rPr>
      </w:pPr>
      <w:r w:rsidRPr="00F47060">
        <w:rPr>
          <w:sz w:val="24"/>
          <w:szCs w:val="24"/>
        </w:rPr>
        <w:t>In both careers, trust is fundamental. Clients need to know that the professional they have hired will show up prepared, protect confidential information, communicate clearly, and follow through. That expectation is at the heart of Prismark Signature Services and its standard: Professional. Reliable. Responsive.</w:t>
      </w:r>
    </w:p>
    <w:p w:rsidR="00F47060" w:rsidRPr="00F47060" w:rsidRDefault="00F47060">
      <w:pPr>
        <w:spacing w:after="0" w:line="168" w:lineRule="auto"/>
        <w:rPr>
          <w:sz w:val="24"/>
          <w:szCs w:val="24"/>
        </w:rPr>
      </w:pPr>
    </w:p>
    <w:p w:rsidR="00924E67" w:rsidRDefault="00000000">
      <w:pPr>
        <w:spacing w:after="24" w:line="228" w:lineRule="auto"/>
        <w:rPr>
          <w:sz w:val="24"/>
          <w:szCs w:val="24"/>
        </w:rPr>
      </w:pPr>
      <w:r w:rsidRPr="00F47060">
        <w:rPr>
          <w:sz w:val="24"/>
          <w:szCs w:val="24"/>
        </w:rPr>
        <w:t xml:space="preserve">John's approach is therefore highly personal but also highly structured: arrive </w:t>
      </w:r>
      <w:r w:rsidR="00C56D7E">
        <w:rPr>
          <w:sz w:val="24"/>
          <w:szCs w:val="24"/>
        </w:rPr>
        <w:t xml:space="preserve">on time, </w:t>
      </w:r>
      <w:r w:rsidRPr="00F47060">
        <w:rPr>
          <w:sz w:val="24"/>
          <w:szCs w:val="24"/>
        </w:rPr>
        <w:t>prepared, communicate clearly, respect the people involved, pay attention to the details, and finish the assignment professionally.</w:t>
      </w:r>
    </w:p>
    <w:p w:rsidR="00F47060" w:rsidRPr="00F47060" w:rsidRDefault="00F47060">
      <w:pPr>
        <w:spacing w:after="0" w:line="168" w:lineRule="auto"/>
        <w:rPr>
          <w:sz w:val="24"/>
          <w:szCs w:val="24"/>
        </w:rPr>
      </w:pPr>
    </w:p>
    <w:p w:rsidR="00924E67" w:rsidRPr="00F47060" w:rsidRDefault="00000000">
      <w:pPr>
        <w:spacing w:after="24" w:line="228" w:lineRule="auto"/>
        <w:rPr>
          <w:sz w:val="24"/>
          <w:szCs w:val="24"/>
        </w:rPr>
      </w:pPr>
      <w:r w:rsidRPr="00F47060">
        <w:rPr>
          <w:b/>
          <w:sz w:val="24"/>
          <w:szCs w:val="24"/>
        </w:rPr>
        <w:t>Serving Los Angeles - and Clients Around the World</w:t>
      </w:r>
    </w:p>
    <w:p w:rsidR="00BA37D5" w:rsidRDefault="00000000">
      <w:pPr>
        <w:spacing w:after="24" w:line="228" w:lineRule="auto"/>
        <w:rPr>
          <w:sz w:val="24"/>
          <w:szCs w:val="24"/>
        </w:rPr>
      </w:pPr>
      <w:r w:rsidRPr="00F47060">
        <w:rPr>
          <w:sz w:val="24"/>
          <w:szCs w:val="24"/>
        </w:rPr>
        <w:t xml:space="preserve">Prismark is based in Los Angeles, but many assignments begin far beyond Southern California. </w:t>
      </w:r>
    </w:p>
    <w:p w:rsidR="00BA37D5" w:rsidRDefault="00BA37D5">
      <w:pPr>
        <w:spacing w:after="0" w:line="168" w:lineRule="auto"/>
        <w:rPr>
          <w:sz w:val="24"/>
          <w:szCs w:val="24"/>
        </w:rPr>
      </w:pPr>
    </w:p>
    <w:p w:rsidR="00924E67" w:rsidRDefault="00000000">
      <w:pPr>
        <w:spacing w:after="24" w:line="228" w:lineRule="auto"/>
        <w:rPr>
          <w:sz w:val="24"/>
          <w:szCs w:val="24"/>
        </w:rPr>
      </w:pPr>
      <w:r w:rsidRPr="00F47060">
        <w:rPr>
          <w:sz w:val="24"/>
          <w:szCs w:val="24"/>
        </w:rPr>
        <w:t>Attorneys, family members, businesses, and individuals elsewhere in the United States and abroad may need documents signed, notarized, apostilled, authenticated, or coordinated in Los Angeles.</w:t>
      </w:r>
    </w:p>
    <w:p w:rsidR="00BA37D5" w:rsidRPr="00F47060" w:rsidRDefault="00BA37D5">
      <w:pPr>
        <w:spacing w:after="0" w:line="168" w:lineRule="auto"/>
        <w:rPr>
          <w:sz w:val="24"/>
          <w:szCs w:val="24"/>
        </w:rPr>
      </w:pPr>
    </w:p>
    <w:p w:rsidR="00924E67" w:rsidRDefault="00000000">
      <w:pPr>
        <w:spacing w:after="24" w:line="228" w:lineRule="auto"/>
        <w:rPr>
          <w:sz w:val="24"/>
          <w:szCs w:val="24"/>
        </w:rPr>
      </w:pPr>
      <w:r w:rsidRPr="00F47060">
        <w:rPr>
          <w:sz w:val="24"/>
          <w:szCs w:val="24"/>
        </w:rPr>
        <w:t>John's experience working across cultures and managing complicated logistics has become particularly valuable in these assignments, where the client may be thousands of miles away while the document problem is here in California.</w:t>
      </w:r>
    </w:p>
    <w:p w:rsidR="00BA37D5" w:rsidRPr="00F47060" w:rsidRDefault="00BA37D5">
      <w:pPr>
        <w:spacing w:after="0" w:line="168" w:lineRule="auto"/>
        <w:rPr>
          <w:sz w:val="24"/>
          <w:szCs w:val="24"/>
        </w:rPr>
      </w:pPr>
    </w:p>
    <w:p w:rsidR="00924E67" w:rsidRPr="00F47060" w:rsidRDefault="00000000">
      <w:pPr>
        <w:spacing w:after="24" w:line="228" w:lineRule="auto"/>
        <w:rPr>
          <w:sz w:val="24"/>
          <w:szCs w:val="24"/>
        </w:rPr>
      </w:pPr>
      <w:r w:rsidRPr="00F47060">
        <w:rPr>
          <w:b/>
          <w:sz w:val="24"/>
          <w:szCs w:val="24"/>
        </w:rPr>
        <w:t>Beyond the Office</w:t>
      </w:r>
    </w:p>
    <w:p w:rsidR="00924E67" w:rsidRDefault="00000000">
      <w:pPr>
        <w:spacing w:after="24" w:line="228" w:lineRule="auto"/>
        <w:rPr>
          <w:sz w:val="24"/>
          <w:szCs w:val="24"/>
        </w:rPr>
      </w:pPr>
      <w:r w:rsidRPr="00F47060">
        <w:rPr>
          <w:sz w:val="24"/>
          <w:szCs w:val="24"/>
        </w:rPr>
        <w:t>Outside of his professional work, John is a lifelong world traveler with interests in languages, photography, music, physical fitness, martial arts, and the outdoors.</w:t>
      </w:r>
    </w:p>
    <w:p w:rsidR="00BA37D5" w:rsidRPr="00F47060" w:rsidRDefault="00BA37D5">
      <w:pPr>
        <w:spacing w:after="0" w:line="168" w:lineRule="auto"/>
        <w:rPr>
          <w:sz w:val="24"/>
          <w:szCs w:val="24"/>
        </w:rPr>
      </w:pPr>
    </w:p>
    <w:p w:rsidR="00924E67" w:rsidRDefault="00000000">
      <w:pPr>
        <w:spacing w:after="24" w:line="228" w:lineRule="auto"/>
        <w:rPr>
          <w:sz w:val="24"/>
          <w:szCs w:val="24"/>
        </w:rPr>
      </w:pPr>
      <w:r w:rsidRPr="00F47060">
        <w:rPr>
          <w:sz w:val="24"/>
          <w:szCs w:val="24"/>
        </w:rPr>
        <w:t>A PADI-certified scuba instructor, John has privately taught diving in Fiji, Tahiti, and Vanuatu. He is also a photographer, has practiced jiu-jitsu, and has played in a samba band.</w:t>
      </w:r>
    </w:p>
    <w:p w:rsidR="00BA37D5" w:rsidRPr="00F47060" w:rsidRDefault="00BA37D5">
      <w:pPr>
        <w:spacing w:after="0" w:line="168" w:lineRule="auto"/>
        <w:rPr>
          <w:sz w:val="24"/>
          <w:szCs w:val="24"/>
        </w:rPr>
      </w:pPr>
    </w:p>
    <w:p w:rsidR="00924E67" w:rsidRDefault="00000000">
      <w:pPr>
        <w:spacing w:after="24" w:line="228" w:lineRule="auto"/>
        <w:rPr>
          <w:sz w:val="24"/>
          <w:szCs w:val="24"/>
        </w:rPr>
      </w:pPr>
      <w:r w:rsidRPr="00F47060">
        <w:rPr>
          <w:sz w:val="24"/>
          <w:szCs w:val="24"/>
        </w:rPr>
        <w:t>Languages and international culture have been lifelong interests. John speaks French and Spanish, has studied German, Italian, and Japanese, and has picked up bits and pieces of several other languages through years of travel and international work.</w:t>
      </w:r>
    </w:p>
    <w:p w:rsidR="00BA37D5" w:rsidRPr="00F47060" w:rsidRDefault="00BA37D5">
      <w:pPr>
        <w:spacing w:after="0" w:line="168" w:lineRule="auto"/>
        <w:rPr>
          <w:sz w:val="24"/>
          <w:szCs w:val="24"/>
        </w:rPr>
      </w:pPr>
    </w:p>
    <w:p w:rsidR="00924E67" w:rsidRPr="006E1B10" w:rsidRDefault="00000000">
      <w:pPr>
        <w:spacing w:after="24" w:line="228" w:lineRule="auto"/>
        <w:rPr>
          <w:sz w:val="24"/>
          <w:szCs w:val="24"/>
        </w:rPr>
      </w:pPr>
      <w:r w:rsidRPr="006E1B10">
        <w:rPr>
          <w:sz w:val="24"/>
          <w:szCs w:val="24"/>
        </w:rPr>
        <w:t>When he is not working in Los Angeles and Southern California, John enjoys spending time in Maine, Oaxaca, Mexico, and Colombia, visiting family and friends and continuing the international life that has been a constant thread throughout his career and personal life.</w:t>
      </w:r>
    </w:p>
    <w:p w:rsidR="00BA37D5" w:rsidRPr="006E1B10" w:rsidRDefault="00BA37D5">
      <w:pPr>
        <w:spacing w:after="0" w:line="168" w:lineRule="auto"/>
        <w:rPr>
          <w:sz w:val="24"/>
          <w:szCs w:val="24"/>
        </w:rPr>
      </w:pPr>
    </w:p>
    <w:p w:rsidR="00924E67" w:rsidRPr="00F47060" w:rsidRDefault="00000000">
      <w:pPr>
        <w:spacing w:after="24" w:line="228" w:lineRule="auto"/>
        <w:rPr>
          <w:sz w:val="24"/>
          <w:szCs w:val="24"/>
        </w:rPr>
      </w:pPr>
      <w:r w:rsidRPr="00F47060">
        <w:rPr>
          <w:b/>
          <w:sz w:val="24"/>
          <w:szCs w:val="24"/>
        </w:rPr>
        <w:t xml:space="preserve">You're in Good Hands </w:t>
      </w:r>
      <w:proofErr w:type="gramStart"/>
      <w:r w:rsidRPr="00F47060">
        <w:rPr>
          <w:b/>
          <w:sz w:val="24"/>
          <w:szCs w:val="24"/>
        </w:rPr>
        <w:t>With</w:t>
      </w:r>
      <w:proofErr w:type="gramEnd"/>
      <w:r w:rsidRPr="00F47060">
        <w:rPr>
          <w:b/>
          <w:sz w:val="24"/>
          <w:szCs w:val="24"/>
        </w:rPr>
        <w:t xml:space="preserve"> Prismark</w:t>
      </w:r>
    </w:p>
    <w:p w:rsidR="00924E67" w:rsidRDefault="00000000">
      <w:pPr>
        <w:spacing w:after="24" w:line="228" w:lineRule="auto"/>
        <w:rPr>
          <w:sz w:val="24"/>
          <w:szCs w:val="24"/>
        </w:rPr>
      </w:pPr>
      <w:r w:rsidRPr="00F47060">
        <w:rPr>
          <w:sz w:val="24"/>
          <w:szCs w:val="24"/>
        </w:rPr>
        <w:t>For your peace of mind, Prismark is a bonded California Notary Public, background screened, and carries $1 million in Errors &amp; Omissions (E&amp;O) insurance. Prismark has also earned 200+ five-star Google reviews from clients we have served.</w:t>
      </w:r>
    </w:p>
    <w:p w:rsidR="00BA37D5" w:rsidRPr="00F47060" w:rsidRDefault="00BA37D5">
      <w:pPr>
        <w:spacing w:after="0" w:line="168" w:lineRule="auto"/>
        <w:rPr>
          <w:sz w:val="24"/>
          <w:szCs w:val="24"/>
        </w:rPr>
      </w:pPr>
    </w:p>
    <w:p w:rsidR="00924E67" w:rsidRDefault="00000000">
      <w:pPr>
        <w:spacing w:after="24" w:line="228" w:lineRule="auto"/>
        <w:rPr>
          <w:sz w:val="24"/>
          <w:szCs w:val="24"/>
        </w:rPr>
      </w:pPr>
      <w:r w:rsidRPr="00F47060">
        <w:rPr>
          <w:sz w:val="24"/>
          <w:szCs w:val="24"/>
        </w:rPr>
        <w:t>Your important documents are handled with professionalism, confidentiality, care, and clear communication throughout the process.</w:t>
      </w:r>
    </w:p>
    <w:p w:rsidR="00BA37D5" w:rsidRPr="00F47060" w:rsidRDefault="00BA37D5">
      <w:pPr>
        <w:spacing w:after="0" w:line="168" w:lineRule="auto"/>
        <w:rPr>
          <w:sz w:val="24"/>
          <w:szCs w:val="24"/>
        </w:rPr>
      </w:pPr>
    </w:p>
    <w:p w:rsidR="00924E67" w:rsidRPr="00F47060" w:rsidRDefault="00924E67">
      <w:pPr>
        <w:spacing w:after="0" w:line="168" w:lineRule="auto"/>
        <w:rPr>
          <w:sz w:val="24"/>
          <w:szCs w:val="24"/>
        </w:rPr>
      </w:pPr>
    </w:p>
    <w:p w:rsidR="00924E67" w:rsidRPr="006E1B10" w:rsidRDefault="00000000">
      <w:pPr>
        <w:spacing w:after="24" w:line="228" w:lineRule="auto"/>
        <w:rPr>
          <w:sz w:val="24"/>
          <w:szCs w:val="24"/>
        </w:rPr>
      </w:pPr>
      <w:r w:rsidRPr="006E1B10">
        <w:rPr>
          <w:sz w:val="24"/>
          <w:szCs w:val="24"/>
        </w:rPr>
        <w:t>The standard behind Prismark is simple: Professional. Reliable. Responsive.</w:t>
      </w:r>
    </w:p>
    <w:p w:rsidR="00BA37D5" w:rsidRPr="00F47060" w:rsidRDefault="00BA37D5">
      <w:pPr>
        <w:spacing w:after="0" w:line="168" w:lineRule="auto"/>
        <w:rPr>
          <w:sz w:val="24"/>
          <w:szCs w:val="24"/>
        </w:rPr>
      </w:pPr>
    </w:p>
    <w:p w:rsidR="00924E67" w:rsidRDefault="00000000">
      <w:pPr>
        <w:spacing w:after="24" w:line="228" w:lineRule="auto"/>
        <w:rPr>
          <w:sz w:val="24"/>
          <w:szCs w:val="24"/>
        </w:rPr>
      </w:pPr>
      <w:r w:rsidRPr="00F47060">
        <w:rPr>
          <w:sz w:val="24"/>
          <w:szCs w:val="24"/>
        </w:rPr>
        <w:lastRenderedPageBreak/>
        <w:t>For John, those words are not simply a tagline. They represent the level of service he spent decades delivering in his previous career - and the standard every Prismark client can expect today.</w:t>
      </w:r>
    </w:p>
    <w:p w:rsidR="00BA37D5" w:rsidRPr="00F47060" w:rsidRDefault="00BA37D5">
      <w:pPr>
        <w:spacing w:after="0" w:line="168" w:lineRule="auto"/>
        <w:rPr>
          <w:sz w:val="24"/>
          <w:szCs w:val="24"/>
        </w:rPr>
      </w:pPr>
    </w:p>
    <w:p w:rsidR="00924E67" w:rsidRDefault="00000000">
      <w:pPr>
        <w:spacing w:after="24" w:line="228" w:lineRule="auto"/>
        <w:rPr>
          <w:sz w:val="24"/>
          <w:szCs w:val="24"/>
        </w:rPr>
      </w:pPr>
      <w:r w:rsidRPr="00F47060">
        <w:rPr>
          <w:sz w:val="24"/>
          <w:szCs w:val="24"/>
        </w:rPr>
        <w:t>Contact Prismark Signature Services at 213-563-0758 for more information or to discuss your document signing or authentication needs.</w:t>
      </w:r>
    </w:p>
    <w:p w:rsidR="00BA37D5" w:rsidRPr="00F47060" w:rsidRDefault="00BA37D5">
      <w:pPr>
        <w:spacing w:after="0" w:line="168" w:lineRule="auto"/>
        <w:rPr>
          <w:sz w:val="24"/>
          <w:szCs w:val="24"/>
        </w:rPr>
      </w:pPr>
    </w:p>
    <w:p w:rsidR="00924E67" w:rsidRPr="00F47060" w:rsidRDefault="00000000">
      <w:pPr>
        <w:spacing w:after="24" w:line="228" w:lineRule="auto"/>
        <w:rPr>
          <w:sz w:val="24"/>
          <w:szCs w:val="24"/>
        </w:rPr>
      </w:pPr>
      <w:r w:rsidRPr="00F47060">
        <w:rPr>
          <w:b/>
          <w:sz w:val="24"/>
          <w:szCs w:val="24"/>
        </w:rPr>
        <w:t>Related Guides</w:t>
      </w:r>
    </w:p>
    <w:p w:rsidR="00924E67" w:rsidRPr="00F47060" w:rsidRDefault="00000000">
      <w:pPr>
        <w:pStyle w:val="ListBullet"/>
        <w:spacing w:after="24" w:line="228" w:lineRule="auto"/>
        <w:rPr>
          <w:sz w:val="24"/>
          <w:szCs w:val="24"/>
        </w:rPr>
      </w:pPr>
      <w:r w:rsidRPr="00F47060">
        <w:rPr>
          <w:sz w:val="24"/>
          <w:szCs w:val="24"/>
        </w:rPr>
        <w:t>What Is the History of the Notary Public?</w:t>
      </w:r>
    </w:p>
    <w:p w:rsidR="00924E67" w:rsidRPr="00F47060" w:rsidRDefault="00000000">
      <w:pPr>
        <w:pStyle w:val="ListBullet"/>
        <w:spacing w:after="24" w:line="228" w:lineRule="auto"/>
        <w:rPr>
          <w:sz w:val="24"/>
          <w:szCs w:val="24"/>
        </w:rPr>
      </w:pPr>
      <w:r w:rsidRPr="00F47060">
        <w:rPr>
          <w:sz w:val="24"/>
          <w:szCs w:val="24"/>
        </w:rPr>
        <w:t>What Is a Notary Public?</w:t>
      </w:r>
    </w:p>
    <w:p w:rsidR="00924E67" w:rsidRPr="00F47060" w:rsidRDefault="00000000">
      <w:pPr>
        <w:pStyle w:val="ListBullet"/>
        <w:spacing w:after="24" w:line="228" w:lineRule="auto"/>
        <w:rPr>
          <w:sz w:val="24"/>
          <w:szCs w:val="24"/>
        </w:rPr>
      </w:pPr>
      <w:r w:rsidRPr="00F47060">
        <w:rPr>
          <w:sz w:val="24"/>
          <w:szCs w:val="24"/>
        </w:rPr>
        <w:t>What Does It Mean to Have a Document Notarized?</w:t>
      </w:r>
    </w:p>
    <w:p w:rsidR="00924E67" w:rsidRDefault="00000000">
      <w:pPr>
        <w:pStyle w:val="ListBullet"/>
        <w:spacing w:after="24" w:line="228" w:lineRule="auto"/>
        <w:rPr>
          <w:sz w:val="24"/>
          <w:szCs w:val="24"/>
        </w:rPr>
      </w:pPr>
      <w:r w:rsidRPr="00F47060">
        <w:rPr>
          <w:sz w:val="24"/>
          <w:szCs w:val="24"/>
        </w:rPr>
        <w:t>About Prismark Signature Services</w:t>
      </w:r>
    </w:p>
    <w:p w:rsidR="00BA37D5" w:rsidRPr="00F47060" w:rsidRDefault="00BA37D5" w:rsidP="00BA37D5">
      <w:pPr>
        <w:pStyle w:val="ListBullet"/>
        <w:numPr>
          <w:ilvl w:val="0"/>
          <w:numId w:val="0"/>
        </w:numPr>
        <w:spacing w:after="0" w:line="168" w:lineRule="auto"/>
        <w:ind w:left="360"/>
        <w:rPr>
          <w:sz w:val="24"/>
          <w:szCs w:val="24"/>
        </w:rPr>
      </w:pPr>
    </w:p>
    <w:p w:rsidR="00924E67" w:rsidRPr="00F47060" w:rsidRDefault="00000000">
      <w:pPr>
        <w:spacing w:after="24" w:line="228" w:lineRule="auto"/>
        <w:rPr>
          <w:sz w:val="24"/>
          <w:szCs w:val="24"/>
        </w:rPr>
      </w:pPr>
      <w:r w:rsidRPr="00F47060">
        <w:rPr>
          <w:b/>
          <w:sz w:val="24"/>
          <w:szCs w:val="24"/>
        </w:rPr>
        <w:t>Professional Notice</w:t>
      </w:r>
    </w:p>
    <w:p w:rsidR="00924E67" w:rsidRPr="00F47060" w:rsidRDefault="00000000">
      <w:pPr>
        <w:spacing w:after="24" w:line="228" w:lineRule="auto"/>
        <w:rPr>
          <w:sz w:val="24"/>
          <w:szCs w:val="24"/>
        </w:rPr>
      </w:pPr>
      <w:r w:rsidRPr="00F47060">
        <w:rPr>
          <w:sz w:val="24"/>
          <w:szCs w:val="24"/>
        </w:rPr>
        <w:t>The information provided in the Prismark Library is for general educational purposes only. Prismark Signature Services is not a law firm and does not provide legal advice.</w:t>
      </w:r>
    </w:p>
    <w:sectPr w:rsidR="00924E67" w:rsidRPr="00F47060" w:rsidSect="00034616">
      <w:pgSz w:w="12240" w:h="15840"/>
      <w:pgMar w:top="605" w:right="979" w:bottom="605"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69377189">
    <w:abstractNumId w:val="8"/>
  </w:num>
  <w:num w:numId="2" w16cid:durableId="1464232924">
    <w:abstractNumId w:val="6"/>
  </w:num>
  <w:num w:numId="3" w16cid:durableId="1628390869">
    <w:abstractNumId w:val="5"/>
  </w:num>
  <w:num w:numId="4" w16cid:durableId="2054692351">
    <w:abstractNumId w:val="4"/>
  </w:num>
  <w:num w:numId="5" w16cid:durableId="1813598351">
    <w:abstractNumId w:val="7"/>
  </w:num>
  <w:num w:numId="6" w16cid:durableId="1838572447">
    <w:abstractNumId w:val="3"/>
  </w:num>
  <w:num w:numId="7" w16cid:durableId="1035273512">
    <w:abstractNumId w:val="2"/>
  </w:num>
  <w:num w:numId="8" w16cid:durableId="338237075">
    <w:abstractNumId w:val="1"/>
  </w:num>
  <w:num w:numId="9" w16cid:durableId="1138108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484D"/>
    <w:rsid w:val="0029639D"/>
    <w:rsid w:val="002A062B"/>
    <w:rsid w:val="00326F90"/>
    <w:rsid w:val="003D2FFD"/>
    <w:rsid w:val="006E1B10"/>
    <w:rsid w:val="007D1945"/>
    <w:rsid w:val="00924E67"/>
    <w:rsid w:val="009E6B1B"/>
    <w:rsid w:val="00AA1D8D"/>
    <w:rsid w:val="00B47730"/>
    <w:rsid w:val="00BA37D5"/>
    <w:rsid w:val="00C56D7E"/>
    <w:rsid w:val="00CB0664"/>
    <w:rsid w:val="00F4706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45173AEA-9390-7F40-964C-4D6363F9D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1459</Words>
  <Characters>8318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rodrigo quintero</cp:lastModifiedBy>
  <cp:revision>2</cp:revision>
  <dcterms:created xsi:type="dcterms:W3CDTF">2026-08-31T00:38:00Z</dcterms:created>
  <dcterms:modified xsi:type="dcterms:W3CDTF">2026-08-31T00:38:00Z</dcterms:modified>
  <cp:category/>
</cp:coreProperties>
</file>